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2011680" cy="552412"/>
            <wp:docPr id="1" name="Picture 1"/>
            <wp:cNvGraphicFramePr>
              <a:graphicFrameLocks noChangeAspect="1"/>
            </wp:cNvGraphicFramePr>
            <a:graphic>
              <a:graphicData uri="http://schemas.openxmlformats.org/drawingml/2006/picture">
                <pic:pic>
                  <pic:nvPicPr>
                    <pic:cNvPr id="0" name="image1.png"/>
                    <pic:cNvPicPr/>
                  </pic:nvPicPr>
                  <pic:blipFill>
                    <a:blip r:embed="rId9"/>
                    <a:stretch>
                      <a:fillRect/>
                    </a:stretch>
                  </pic:blipFill>
                  <pic:spPr>
                    <a:xfrm>
                      <a:off x="0" y="0"/>
                      <a:ext cx="2011680" cy="552412"/>
                    </a:xfrm>
                    <a:prstGeom prst="rect"/>
                  </pic:spPr>
                </pic:pic>
              </a:graphicData>
            </a:graphic>
          </wp:inline>
        </w:drawing>
      </w:r>
    </w:p>
    <w:p/>
    <w:p/>
    <w:p>
      <w:pPr>
        <w:pStyle w:val="Title"/>
        <w:jc w:val="center"/>
      </w:pPr>
      <w:r>
        <w:t>03C — 52 contenus maîtres en Darija</w:t>
      </w:r>
    </w:p>
    <w:p>
      <w:pPr>
        <w:jc w:val="center"/>
      </w:pPr>
      <w:r>
        <w:rPr>
          <w:rFonts w:ascii="Aptos" w:hAnsi="Aptos" w:eastAsia="Aptos" w:cs="Aptos"/>
          <w:b w:val="0"/>
          <w:color w:val="7352C7"/>
          <w:sz w:val="26"/>
        </w:rPr>
        <w:t>Adaptation marocaine professionnelle en arabe — bibliothèque bilingue FR / Darija</w:t>
      </w:r>
    </w:p>
    <w:p/>
    <w:p>
      <w:pPr>
        <w:jc w:val="center"/>
      </w:pPr>
      <w:r>
        <w:rPr>
          <w:rFonts w:ascii="Aptos" w:hAnsi="Aptos" w:eastAsia="Aptos" w:cs="Aptos"/>
          <w:b w:val="0"/>
          <w:color w:val="5A5A5A"/>
          <w:sz w:val="18"/>
        </w:rPr>
        <w:t>equirs.com  •  Plan éditorial 90 jours  •  Maroc  •  2026</w:t>
      </w:r>
    </w:p>
    <w:p>
      <w:pPr>
        <w:jc w:val="center"/>
      </w:pPr>
      <w:r>
        <w:rPr>
          <w:rFonts w:ascii="Aptos" w:hAnsi="Aptos" w:eastAsia="Aptos" w:cs="Aptos"/>
          <w:b w:val="0"/>
          <w:color w:val="787878"/>
          <w:sz w:val="16"/>
        </w:rPr>
        <w:t>Document de production interne — vérifier tarifs, fonctionnalités et données dynamiques avant publication.</w:t>
      </w:r>
    </w:p>
    <w:p>
      <w:r>
        <w:br w:type="page"/>
      </w:r>
    </w:p>
    <w:p>
      <w:pPr>
        <w:pStyle w:val="Heading1"/>
      </w:pPr>
      <w:r>
        <w:t>Principes de la version Darija</w:t>
      </w:r>
    </w:p>
    <w:p>
      <w:pPr/>
      <w:r>
        <w:t>• Adaptation native et non traduction mot à mot. La Darija reste professionnelle, claire et adaptée à une marque B2B premium.</w:t>
      </w:r>
    </w:p>
    <w:p>
      <w:pPr/>
      <w:r>
        <w:t>• Les termes techniques reconnus (NDA, Data Room, Due Diligence, LOI, EBITDA, SaaS…) sont conservés lorsqu’ils rendent le message plus naturel.</w:t>
      </w:r>
    </w:p>
    <w:p>
      <w:pPr/>
      <w:r>
        <w:t>• Les contenus dynamiques conservent des champs entre crochets afin de ne jamais inventer de données d’annonce, de traction, de prix ou de FAQ.</w:t>
      </w:r>
    </w:p>
    <w:p>
      <w:pPr/>
      <w:r>
        <w:t>• Les règles produit restent obligatoires : pas de communication sur la levée de fonds en pause, pas de rendement garanti, pas de chiffres présentés comme audités sans niveau Expertisé, et aucune donnée confidentielle exposée.</w:t>
      </w:r>
    </w:p>
    <w:p>
      <w:r>
        <w:br w:type="page"/>
      </w:r>
    </w:p>
    <w:p>
      <w:pPr>
        <w:pStyle w:val="Heading1"/>
      </w:pPr>
      <w:r>
        <w:t>01 — EQ-2026-0831-01</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31/08/2026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Tous</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Awareness</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Produit / positionnement</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Vidéo manifeste / post de lancement</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Transmettre une entreprise ne devrait pas dépendre uniquement du bouche-à-oreille.</w:t>
            </w:r>
          </w:p>
        </w:tc>
      </w:tr>
    </w:tbl>
    <w:p/>
    <w:p>
      <w:pPr>
        <w:pStyle w:val="ArabicTitle"/>
        <w:jc w:val="right"/>
        <w:bidi w:val="1"/>
      </w:pPr>
      <w:r>
        <w:t>تفويت شركة ما خاصوش يبقى مرتبط غير بالمعارف والكلام بين الناس.</w:t>
      </w:r>
    </w:p>
    <w:p>
      <w:pPr>
        <w:pStyle w:val="ArabicBody"/>
        <w:jc w:val="right"/>
        <w:bidi w:val="1"/>
      </w:pPr>
      <w:r>
        <w:t>لسنوات، بزاف ديال عمليات تفويت الشركات فالمغرب كانت كتدوز عبر المعارف، التوصيات، ومجموعة ديال المتدخلين بلا مسار موحد وواضح.</w:t>
      </w:r>
    </w:p>
    <w:p>
      <w:pPr>
        <w:pStyle w:val="ArabicBody"/>
        <w:jc w:val="right"/>
        <w:bidi w:val="1"/>
      </w:pPr>
      <w:r>
        <w:t>equirs كتقترح مقاربة مختلفة: marketplace مغربية مخصصة لتفويت الشركات والبحث على شريك عملي، باش تنظم الربط بين الطرفين والمراحل اللي كتجي من بعد.</w:t>
      </w:r>
    </w:p>
    <w:p>
      <w:pPr>
        <w:pStyle w:val="ArabicBody"/>
        <w:jc w:val="right"/>
        <w:bidi w:val="1"/>
      </w:pPr>
      <w:r>
        <w:t>بالنسبة للبائع، الهدف هو يقدم المشروع ديالو بلا ما يكشف المعلومات الحساسة من البداية. وبالنسبة للمشتري، يقدر يكتشف الفرص ويدخل للمعلومات بشكل تدريجي ومنظم.</w:t>
      </w:r>
    </w:p>
    <w:p>
      <w:pPr>
        <w:pStyle w:val="ArabicBody"/>
        <w:jc w:val="right"/>
        <w:bidi w:val="1"/>
      </w:pPr>
      <w:r>
        <w:t>السرية، مستويات الثقة، NDA إلكتروني، Data Room، العروض، التفاوض وLOI: كل مرحلة عندها الدور ديالها.</w:t>
      </w:r>
    </w:p>
    <w:p>
      <w:pPr>
        <w:pStyle w:val="ArabicBody"/>
        <w:jc w:val="right"/>
        <w:bidi w:val="1"/>
      </w:pPr>
      <w:r>
        <w:t>equirs ماشي غير بلاصة لنشر إعلان. هي بيئة كتساعد على تنظيم عملية التفويت من أول اهتمام حتى المراحل المتقدمة ديال الصفقة.</w:t>
      </w:r>
    </w:p>
    <w:p>
      <w:pPr>
        <w:pStyle w:val="ArabicBody"/>
        <w:jc w:val="right"/>
        <w:bidi w:val="1"/>
      </w:pPr>
      <w:r>
        <w:rPr>
          <w:b/>
        </w:rPr>
        <w:t>CTA: اكتشف equirs</w:t>
      </w:r>
    </w:p>
    <w:p>
      <w:r>
        <w:br w:type="page"/>
      </w:r>
    </w:p>
    <w:p>
      <w:pPr>
        <w:pStyle w:val="Heading1"/>
      </w:pPr>
      <w:r>
        <w:t>02 — EQ-2026-0902-02</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02/09/2026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Tous</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Consideration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Produit / parcours</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Carrousel 7 slides</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Comment fonctionne equirs ?</w:t>
            </w:r>
          </w:p>
        </w:tc>
      </w:tr>
    </w:tbl>
    <w:p/>
    <w:p>
      <w:pPr>
        <w:pStyle w:val="ArabicTitle"/>
        <w:jc w:val="right"/>
        <w:bidi w:val="1"/>
      </w:pPr>
      <w:r>
        <w:t>كيفاش كتخدم equirs؟</w:t>
      </w:r>
    </w:p>
    <w:p>
      <w:pPr>
        <w:pStyle w:val="ArabicBody"/>
        <w:jc w:val="right"/>
        <w:bidi w:val="1"/>
      </w:pPr>
      <w:r>
        <w:t>equirs كتربط بين جوج احتياجات: ناس باغين يفوتو شركة أو يلقاو شريك عملي، وناس باغين يشريو أو يستكشفو فرص جاهزة.</w:t>
      </w:r>
    </w:p>
    <w:p>
      <w:pPr>
        <w:pStyle w:val="ArabicBody"/>
        <w:jc w:val="right"/>
        <w:bidi w:val="1"/>
      </w:pPr>
      <w:r>
        <w:t>المسار تدريجي: البائع كينشئ المشروع وكيحدد شنو يبان للعموم، والمشتري كيستعمل الفلاتر باش يلقى الفرص المناسبة.</w:t>
      </w:r>
    </w:p>
    <w:p>
      <w:pPr>
        <w:pStyle w:val="ArabicBody"/>
        <w:jc w:val="right"/>
        <w:bidi w:val="1"/>
      </w:pPr>
      <w:r>
        <w:t>المعلومات الحساسة تقدر تبقى مخفية حتى يتقدم الاهتمام. وإذا وصل النقاش لمعلومات أكثر سرية، يمكن توقيع NDA إلكتروني قبل الولوج ليها.</w:t>
      </w:r>
    </w:p>
    <w:p>
      <w:pPr>
        <w:pStyle w:val="ArabicBody"/>
        <w:jc w:val="right"/>
        <w:bidi w:val="1"/>
      </w:pPr>
      <w:r>
        <w:t>من بعد، البائع يقدر يعطي الولوج للـData Room، والمشتري يقدر يقدم عرض. البائع يقدر يقبل، يرفض أو يقدم contre-offre.</w:t>
      </w:r>
    </w:p>
    <w:p>
      <w:pPr>
        <w:pStyle w:val="ArabicBody"/>
        <w:jc w:val="right"/>
        <w:bidi w:val="1"/>
      </w:pPr>
      <w:r>
        <w:t>إلى تم قبول العرض، يمكن توليد LOI وتوقيعها إلكترونيا. الهدف هو تحويل التعارف الأولي لمسار واضح ومتتبع خطوة بخطوة.</w:t>
      </w:r>
    </w:p>
    <w:p>
      <w:pPr>
        <w:pStyle w:val="ArabicBody"/>
        <w:jc w:val="right"/>
        <w:bidi w:val="1"/>
      </w:pPr>
      <w:r>
        <w:rPr>
          <w:b/>
        </w:rPr>
        <w:t>CTA: اكتشف كيفاش كتخدم equirs</w:t>
      </w:r>
    </w:p>
    <w:p>
      <w:r>
        <w:br w:type="page"/>
      </w:r>
    </w:p>
    <w:p>
      <w:pPr>
        <w:pStyle w:val="Heading1"/>
      </w:pPr>
      <w:r>
        <w:t>03 — EQ-2026-0903-03</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03/09/2026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Cédant</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Awareness</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Confiance &amp; confidentialité</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Carrousel</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Vendre son entreprise ne signifie pas exposer toutes ses informations publiquement.</w:t>
            </w:r>
          </w:p>
        </w:tc>
      </w:tr>
    </w:tbl>
    <w:p/>
    <w:p>
      <w:pPr>
        <w:pStyle w:val="ArabicTitle"/>
        <w:jc w:val="right"/>
        <w:bidi w:val="1"/>
      </w:pPr>
      <w:r>
        <w:t>باغي تفوت الشركة ديالك؟ ماشي ضروري تكشف جميع المعلومات من الأول.</w:t>
      </w:r>
    </w:p>
    <w:p>
      <w:pPr>
        <w:pStyle w:val="ArabicBody"/>
        <w:jc w:val="right"/>
        <w:bidi w:val="1"/>
      </w:pPr>
      <w:r>
        <w:t>تفويت شركة كيتطلب مشاركة معلومات مع مشترين محتملين، ولكن ماشي كل معلومة خاصها تكون علنية من أول تواصل.</w:t>
      </w:r>
    </w:p>
    <w:p>
      <w:pPr>
        <w:pStyle w:val="ArabicBody"/>
        <w:jc w:val="right"/>
        <w:bidi w:val="1"/>
      </w:pPr>
      <w:r>
        <w:t>على equirs، الولوج للمعلومات كيدوز بالتدريج. الزائر اللي ما داخلش للحساب كيشوف غير aperçu محدود، ومن بعد كيتزاد مستوى المعلومات حسب تقدم العلاقة.</w:t>
      </w:r>
    </w:p>
    <w:p>
      <w:pPr>
        <w:pStyle w:val="ArabicBody"/>
        <w:jc w:val="right"/>
        <w:bidi w:val="1"/>
      </w:pPr>
      <w:r>
        <w:t>البائع يقدر يخلي بعض المعطيات الحساسة مخفية، ويستعمل NDA إلكتروني قبل مشاركة معلومات أكثر حساسية.</w:t>
      </w:r>
    </w:p>
    <w:p>
      <w:pPr>
        <w:pStyle w:val="ArabicBody"/>
        <w:jc w:val="right"/>
        <w:bidi w:val="1"/>
      </w:pPr>
      <w:r>
        <w:t>الوثائق السرية يمكن مشاركتها داخل Data Room وبموافقة البائع، والتواصل كيبقى داخل messagerie ديال المنصة بلا كشف مباشر للرقم أو الإيميل.</w:t>
      </w:r>
    </w:p>
    <w:p>
      <w:pPr>
        <w:pStyle w:val="ArabicBody"/>
        <w:jc w:val="right"/>
        <w:bidi w:val="1"/>
      </w:pPr>
      <w:r>
        <w:t>السرية ماشي معناها تخبي المشروع. معناها تتحكم شكون يشوف شنو، وفاش، وبأي مستوى من الولوج.</w:t>
      </w:r>
    </w:p>
    <w:p>
      <w:pPr>
        <w:pStyle w:val="ArabicBody"/>
        <w:jc w:val="right"/>
        <w:bidi w:val="1"/>
      </w:pPr>
      <w:r>
        <w:rPr>
          <w:b/>
        </w:rPr>
        <w:t>CTA: وجد عملية التفويت ديالك</w:t>
      </w:r>
    </w:p>
    <w:p>
      <w:r>
        <w:br w:type="page"/>
      </w:r>
    </w:p>
    <w:p>
      <w:pPr>
        <w:pStyle w:val="Heading1"/>
      </w:pPr>
      <w:r>
        <w:t>04 — EQ-2026-0905-04</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05/09/2026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Acheteur</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Consideration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Confiance</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Carrousel</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Standard, Vérifié, Expertisé : quelle différence ?</w:t>
            </w:r>
          </w:p>
        </w:tc>
      </w:tr>
    </w:tbl>
    <w:p/>
    <w:p>
      <w:pPr>
        <w:pStyle w:val="ArabicTitle"/>
        <w:jc w:val="right"/>
        <w:bidi w:val="1"/>
      </w:pPr>
      <w:r>
        <w:t>Standard، Vérifié، Expertisé: شنو الفرق؟</w:t>
      </w:r>
    </w:p>
    <w:p>
      <w:pPr>
        <w:pStyle w:val="ArabicBody"/>
        <w:jc w:val="right"/>
        <w:bidi w:val="1"/>
      </w:pPr>
      <w:r>
        <w:t>ماشي كل إعلان عندو نفس مستوى التحقق، ولهذا equirs كتفرق بين مستويات ديال الثقة.</w:t>
      </w:r>
    </w:p>
    <w:p>
      <w:pPr>
        <w:pStyle w:val="ArabicBody"/>
        <w:jc w:val="right"/>
        <w:bidi w:val="1"/>
      </w:pPr>
      <w:r>
        <w:t>Standard: المعلومات مصرح بها من طرف البائع وما كتتقدمش على أنها متحققة أو مدققة.</w:t>
      </w:r>
    </w:p>
    <w:p>
      <w:pPr>
        <w:pStyle w:val="ArabicBody"/>
        <w:jc w:val="right"/>
        <w:bidi w:val="1"/>
      </w:pPr>
      <w:r>
        <w:t>Vérifié: الهوية، السجل التجاري والوضعية القانونية كيدوزو من مراقبة يدوية حسب مسار التحقق المعتمد.</w:t>
      </w:r>
    </w:p>
    <w:p>
      <w:pPr>
        <w:pStyle w:val="ArabicBody"/>
        <w:jc w:val="right"/>
        <w:bidi w:val="1"/>
      </w:pPr>
      <w:r>
        <w:t>Expertisé: الملف كيدوز من audit مالي أعمق مع cabinet partenaire. وTransaction Ready كيعني أن الملف تقدم فالمسار حتى ولى قريب للخلاصة، وماشي خدمة مدفوعة إضافية.</w:t>
      </w:r>
    </w:p>
    <w:p>
      <w:pPr>
        <w:pStyle w:val="ArabicBody"/>
        <w:jc w:val="right"/>
        <w:bidi w:val="1"/>
      </w:pPr>
      <w:r>
        <w:t>Diagnostic Valorisation 360° أداة تحليل بالذكاء الاصطناعي، وماشي badge ديال الثقة. كمشتري، ديما شوف المستوى المعروض وفرق بين المعلومة المصرح بها والمعلومة الخاضعة للتدقيق.</w:t>
      </w:r>
    </w:p>
    <w:p>
      <w:pPr>
        <w:pStyle w:val="ArabicBody"/>
        <w:jc w:val="right"/>
        <w:bidi w:val="1"/>
      </w:pPr>
      <w:r>
        <w:rPr>
          <w:b/>
        </w:rPr>
        <w:t>CTA: تصفح الفرص على equirs</w:t>
      </w:r>
    </w:p>
    <w:p>
      <w:r>
        <w:br w:type="page"/>
      </w:r>
    </w:p>
    <w:p>
      <w:pPr>
        <w:pStyle w:val="Heading1"/>
      </w:pPr>
      <w:r>
        <w:t>05 — EQ-2026-0907-05</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07/09/2026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Cédant</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Awareness</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Business &amp; transmissibilité</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Carrousel</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Une entreprise rentable n’est pas forcément facile à transmettre.</w:t>
            </w:r>
          </w:p>
        </w:tc>
      </w:tr>
    </w:tbl>
    <w:p/>
    <w:p>
      <w:pPr>
        <w:pStyle w:val="ArabicTitle"/>
        <w:jc w:val="right"/>
        <w:bidi w:val="1"/>
      </w:pPr>
      <w:r>
        <w:t>الشركة تقدر تكون رابحة… ولكن ما تكونش بالضرورة سهلة فالتفويت.</w:t>
      </w:r>
    </w:p>
    <w:p>
      <w:pPr>
        <w:pStyle w:val="ArabicBody"/>
        <w:jc w:val="right"/>
        <w:bidi w:val="1"/>
      </w:pPr>
      <w:r>
        <w:t>الربحية مهمة، ولكن بوحدها ما كتكفيش باش نعرفو واش الشركة سهلة فالتفويت أو لا.</w:t>
      </w:r>
    </w:p>
    <w:p>
      <w:pPr>
        <w:pStyle w:val="ArabicBody"/>
        <w:jc w:val="right"/>
        <w:bidi w:val="1"/>
      </w:pPr>
      <w:r>
        <w:t>قبل البيع، خاص المالك يسول: واش النشاط مرتبط بزاف بالحضور ديالو؟ واش المداخيل والحسابات واضحين وموثقين؟ واش العقود المهمة منظمة؟ واش الفريق يقدر يكمل الخدمة من بعد خروجه؟</w:t>
      </w:r>
    </w:p>
    <w:p>
      <w:pPr>
        <w:pStyle w:val="ArabicBody"/>
        <w:jc w:val="right"/>
        <w:bidi w:val="1"/>
      </w:pPr>
      <w:r>
        <w:t>المشتري باغي يفهم شنو غادي يشري، كيفاش كيدور النشاط، وشنو خاص يتأمن خلال مرحلة الانتقال.</w:t>
      </w:r>
    </w:p>
    <w:p>
      <w:pPr>
        <w:pStyle w:val="ArabicBody"/>
        <w:jc w:val="right"/>
        <w:bidi w:val="1"/>
      </w:pPr>
      <w:r>
        <w:t>التحضير للتفويت ماشي غير اختيار الثمن وكتابة إعلان. خاص الشركة تولي أوضح، أكثر توثيقا، وأسهل فالتحليل.</w:t>
      </w:r>
    </w:p>
    <w:p>
      <w:pPr>
        <w:pStyle w:val="ArabicBody"/>
        <w:jc w:val="right"/>
        <w:bidi w:val="1"/>
      </w:pPr>
      <w:r>
        <w:t>التفويت الجيد كيبدا غالبا قبل أول تواصل مع المشتري.</w:t>
      </w:r>
    </w:p>
    <w:p>
      <w:pPr>
        <w:pStyle w:val="ArabicBody"/>
        <w:jc w:val="right"/>
        <w:bidi w:val="1"/>
      </w:pPr>
      <w:r>
        <w:rPr>
          <w:b/>
        </w:rPr>
        <w:t>CTA: وجد الشركة ديالك للتفويت</w:t>
      </w:r>
    </w:p>
    <w:p>
      <w:r>
        <w:br w:type="page"/>
      </w:r>
    </w:p>
    <w:p>
      <w:pPr>
        <w:pStyle w:val="Heading1"/>
      </w:pPr>
      <w:r>
        <w:t>06 — EQ-2026-0909-06</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09/09/2026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Acheteur</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Education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Confiance / due diligence</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Reel 30 sec</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Une Data Room, à quoi ça sert ?</w:t>
            </w:r>
          </w:p>
        </w:tc>
      </w:tr>
    </w:tbl>
    <w:p/>
    <w:p>
      <w:pPr>
        <w:pStyle w:val="ArabicTitle"/>
        <w:jc w:val="right"/>
        <w:bidi w:val="1"/>
      </w:pPr>
      <w:r>
        <w:t>Data Room: شنو هي وعلاش كتهم المشتري؟</w:t>
      </w:r>
    </w:p>
    <w:p>
      <w:pPr>
        <w:pStyle w:val="ArabicBody"/>
        <w:jc w:val="right"/>
        <w:bidi w:val="1"/>
      </w:pPr>
      <w:r>
        <w:t>ملي المشتري كيبدا يدرس شركة بجدية، الإعلان بوحدو ما كيبقاش كافي.</w:t>
      </w:r>
    </w:p>
    <w:p>
      <w:pPr>
        <w:pStyle w:val="ArabicBody"/>
        <w:jc w:val="right"/>
        <w:bidi w:val="1"/>
      </w:pPr>
      <w:r>
        <w:t>كيحتاج يشوف وثائق تساعدو يفهم الملف: حسابات، عقود أو وثائق أخرى مرتبطة بالـdue diligence، حسب شنو وافق البائع يشارك.</w:t>
      </w:r>
    </w:p>
    <w:p>
      <w:pPr>
        <w:pStyle w:val="ArabicBody"/>
        <w:jc w:val="right"/>
        <w:bidi w:val="1"/>
      </w:pPr>
      <w:r>
        <w:t>هنا كيجي دور Data Room: فضاء منظم وآمن كيشارك فيه البائع الوثائق السرية غير مع الأشخاص المسموح ليهم.</w:t>
      </w:r>
    </w:p>
    <w:p>
      <w:pPr>
        <w:pStyle w:val="ArabicBody"/>
        <w:jc w:val="right"/>
        <w:bidi w:val="1"/>
      </w:pPr>
      <w:r>
        <w:t>على equirs، الولوج للـData Room كيتطلب موافقة البائع. الفكرة هي المشاركة بالتدريج: اكتشاف، تواصل، سرية، ومن بعد وثائق ملي العلاقة تولي جدية.</w:t>
      </w:r>
    </w:p>
    <w:p>
      <w:pPr>
        <w:pStyle w:val="ArabicBody"/>
        <w:jc w:val="right"/>
        <w:bidi w:val="1"/>
      </w:pPr>
      <w:r>
        <w:t>Data Room ما كتبدلش التحليل ديال المشتري ولا نصيحة الخبراء ديالو، ولكن كتخلي مشاركة الوثائق أكثر تنظيما.</w:t>
      </w:r>
    </w:p>
    <w:p>
      <w:pPr>
        <w:pStyle w:val="ArabicBody"/>
        <w:jc w:val="right"/>
        <w:bidi w:val="1"/>
      </w:pPr>
      <w:r>
        <w:rPr>
          <w:b/>
        </w:rPr>
        <w:t>CTA: اكتشف equirs</w:t>
      </w:r>
    </w:p>
    <w:p>
      <w:r>
        <w:br w:type="page"/>
      </w:r>
    </w:p>
    <w:p>
      <w:pPr>
        <w:pStyle w:val="Heading1"/>
      </w:pPr>
      <w:r>
        <w:t>07 — EQ-2026-0910-07</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10/09/2026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Acheteur</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Awareness</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Pédagogie reprise</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Carrousel</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Et si votre prochain projet entrepreneurial existait déjà ?</w:t>
            </w:r>
          </w:p>
        </w:tc>
      </w:tr>
    </w:tbl>
    <w:p/>
    <w:p>
      <w:pPr>
        <w:pStyle w:val="ArabicTitle"/>
        <w:jc w:val="right"/>
        <w:bidi w:val="1"/>
      </w:pPr>
      <w:r>
        <w:t>واش ممكن المشروع الجاي ديالك يكون موجود من دابا؟</w:t>
      </w:r>
    </w:p>
    <w:p>
      <w:pPr>
        <w:pStyle w:val="ArabicBody"/>
        <w:jc w:val="right"/>
        <w:bidi w:val="1"/>
      </w:pPr>
      <w:r>
        <w:t>ريادة الأعمال ماشي ديما خاصها تبدأ من الصفر.</w:t>
      </w:r>
    </w:p>
    <w:p>
      <w:pPr>
        <w:pStyle w:val="ArabicBody"/>
        <w:jc w:val="right"/>
        <w:bidi w:val="1"/>
      </w:pPr>
      <w:r>
        <w:t>إنشاء مشروع جديد كيعطيك حرية تبني النموذج من البداية. أما شراء شركة موجودة فيقدر يعطيك نشاط عندو تاريخ، زبناء، تنظيم أو أصول جاهزة.</w:t>
      </w:r>
    </w:p>
    <w:p>
      <w:pPr>
        <w:pStyle w:val="ArabicBody"/>
        <w:jc w:val="right"/>
        <w:bidi w:val="1"/>
      </w:pPr>
      <w:r>
        <w:t>هاد الشي ما كيعنيش أن الاستحواذ سهل أو بلا مخاطر. خاص المشتري يفهم مصدر المداخيل، الربحية المصرح بها، التبعيات، الوثائق، أسباب التفويت وشروط الانتقال.</w:t>
      </w:r>
    </w:p>
    <w:p>
      <w:pPr>
        <w:pStyle w:val="ArabicBody"/>
        <w:jc w:val="right"/>
        <w:bidi w:val="1"/>
      </w:pPr>
      <w:r>
        <w:t>equirs كتقدم نقطة بداية منظمة لاكتشاف الفرص والتقدم فالتواصل خطوة بخطوة.</w:t>
      </w:r>
    </w:p>
    <w:p>
      <w:pPr>
        <w:pStyle w:val="ArabicBody"/>
        <w:jc w:val="right"/>
        <w:bidi w:val="1"/>
      </w:pPr>
      <w:r>
        <w:t>المشروع الجاي ديالك يقدر يكون مشروع غادي تبنيه… أو شركة غادي تستلمها وتطورها.</w:t>
      </w:r>
    </w:p>
    <w:p>
      <w:pPr>
        <w:pStyle w:val="ArabicBody"/>
        <w:jc w:val="right"/>
        <w:bidi w:val="1"/>
      </w:pPr>
      <w:r>
        <w:rPr>
          <w:b/>
        </w:rPr>
        <w:t>CTA: تصفح فرص الاستحواذ</w:t>
      </w:r>
    </w:p>
    <w:p>
      <w:r>
        <w:br w:type="page"/>
      </w:r>
    </w:p>
    <w:p>
      <w:pPr>
        <w:pStyle w:val="Heading1"/>
      </w:pPr>
      <w:r>
        <w:t>08 — EQ-2026-0912-08</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12/09/2026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Acheteur</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Consideration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Opportunités</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Deal Card</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B</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Opportunité de la semaine — modèle dynamique</w:t>
            </w:r>
          </w:p>
        </w:tc>
      </w:tr>
    </w:tbl>
    <w:p/>
    <w:p>
      <w:pPr>
        <w:pStyle w:val="ArabicTitle"/>
        <w:jc w:val="right"/>
        <w:bidi w:val="1"/>
      </w:pPr>
      <w:r>
        <w:t>فرصة الأسبوع — نموذج ديناميكي</w:t>
      </w:r>
    </w:p>
    <w:p>
      <w:pPr>
        <w:pStyle w:val="ArabicBody"/>
        <w:jc w:val="right"/>
        <w:bidi w:val="1"/>
      </w:pPr>
      <w:r>
        <w:t>[القطاع] • [المدينة / الجهة]</w:t>
      </w:r>
    </w:p>
    <w:p>
      <w:pPr>
        <w:pStyle w:val="ArabicBody"/>
        <w:jc w:val="right"/>
        <w:bidi w:val="1"/>
      </w:pPr>
      <w:r>
        <w:t>فرصة جديدة متاحة على equirs.</w:t>
      </w:r>
    </w:p>
    <w:p>
      <w:pPr>
        <w:pStyle w:val="ArabicBody"/>
        <w:jc w:val="right"/>
        <w:bidi w:val="1"/>
      </w:pPr>
      <w:r>
        <w:t>[وصف عمومي قصير من 2 حتى 3 جمل، فقط من المعلومات المسموح بنشرها]</w:t>
      </w:r>
    </w:p>
    <w:p>
      <w:pPr>
        <w:pStyle w:val="ArabicBody"/>
        <w:jc w:val="right"/>
        <w:bidi w:val="1"/>
      </w:pPr>
      <w:r>
        <w:t>[الثمن / رقم المعاملات / مستوى الثقة: غير إلا كان عمومي ومؤهل بشكل صحيح]</w:t>
      </w:r>
    </w:p>
    <w:p>
      <w:pPr>
        <w:pStyle w:val="ArabicBody"/>
        <w:jc w:val="right"/>
        <w:bidi w:val="1"/>
      </w:pPr>
      <w:r>
        <w:t>هاد المنشور ماشي توصية استثمارية. قبل أي قرار، خاص تحليل الملف حسب المعلومات المتاحة ومستوى الثقة والـdue diligence المناسبة.</w:t>
      </w:r>
    </w:p>
    <w:p>
      <w:pPr>
        <w:pStyle w:val="ArabicBody"/>
        <w:jc w:val="right"/>
        <w:bidi w:val="1"/>
      </w:pPr>
      <w:r>
        <w:rPr>
          <w:b/>
        </w:rPr>
        <w:t>CTA: شوف تفاصيل الفرصة</w:t>
      </w:r>
    </w:p>
    <w:p>
      <w:r>
        <w:rPr>
          <w:rFonts w:ascii="Aptos" w:hAnsi="Aptos" w:eastAsia="Aptos" w:cs="Aptos"/>
          <w:b w:val="0"/>
          <w:color w:val="7352C7"/>
          <w:sz w:val="16"/>
        </w:rPr>
        <w:t>Note production : contenu dynamique. La version finale doit être alimentée par les données réelles disponibles au moment de la publication.</w:t>
      </w:r>
    </w:p>
    <w:p>
      <w:r>
        <w:br w:type="page"/>
      </w:r>
    </w:p>
    <w:p>
      <w:pPr>
        <w:pStyle w:val="Heading1"/>
      </w:pPr>
      <w:r>
        <w:t>09 — EQ-2026-0914-09</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14/09/2026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Cédant</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Awareness</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Pédagogie cession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Carrousel checklist</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7 signes qu’il est temps de préparer la transmission de votre entreprise</w:t>
            </w:r>
          </w:p>
        </w:tc>
      </w:tr>
    </w:tbl>
    <w:p/>
    <w:p>
      <w:pPr>
        <w:pStyle w:val="ArabicTitle"/>
        <w:jc w:val="right"/>
        <w:bidi w:val="1"/>
      </w:pPr>
      <w:r>
        <w:t>7 إشارات كتقول باللي خاصك تبدا توجد لتفويت الشركة ديالك</w:t>
      </w:r>
    </w:p>
    <w:p>
      <w:pPr>
        <w:pStyle w:val="ArabicBody"/>
        <w:jc w:val="right"/>
        <w:bidi w:val="1"/>
      </w:pPr>
      <w:r>
        <w:t>التحضير للتفويت ما كيعنيش أنك غادي تبيع غدا. بالعكس، البداية بكري كتخليك تصلح النقط اللي ممكن تعطل العملية من بعد.</w:t>
      </w:r>
    </w:p>
    <w:p>
      <w:pPr>
        <w:pStyle w:val="ArabicBody"/>
        <w:jc w:val="right"/>
        <w:bidi w:val="1"/>
      </w:pPr>
      <w:r>
        <w:t>من بين الإشارات: وليتي كتفكر فالخروج بشكل جدي، الشركة معتمدة بزاف عليك، الوثائق مشتتة، ما واضحش شنو غادي يطلب المشتري، أو عندك ثمن فبالك بلا ملف يبررو.</w:t>
      </w:r>
    </w:p>
    <w:p>
      <w:pPr>
        <w:pStyle w:val="ArabicBody"/>
        <w:jc w:val="right"/>
        <w:bidi w:val="1"/>
      </w:pPr>
      <w:r>
        <w:t>حتى دخول أو خروج شريك، أو تغيير شخصي كبير، يقدر يكون سبب باش تبدأ ترتب الملف.</w:t>
      </w:r>
    </w:p>
    <w:p>
      <w:pPr>
        <w:pStyle w:val="ArabicBody"/>
        <w:jc w:val="right"/>
        <w:bidi w:val="1"/>
      </w:pPr>
      <w:r>
        <w:t>الهدف هو توضح التنظيم، الأرقام، العقود، الوثائق، السرية والبروفايل ديال المشتري المناسب.</w:t>
      </w:r>
    </w:p>
    <w:p>
      <w:pPr>
        <w:pStyle w:val="ArabicBody"/>
        <w:jc w:val="right"/>
        <w:bidi w:val="1"/>
      </w:pPr>
      <w:r>
        <w:t>أحسن بداية: دير état des lieux منظم قبل ما تدخل للسوق.</w:t>
      </w:r>
    </w:p>
    <w:p>
      <w:pPr>
        <w:pStyle w:val="ArabicBody"/>
        <w:jc w:val="right"/>
        <w:bidi w:val="1"/>
      </w:pPr>
      <w:r>
        <w:rPr>
          <w:b/>
        </w:rPr>
        <w:t>CTA: بدا حضر عملية التفويت</w:t>
      </w:r>
    </w:p>
    <w:p>
      <w:r>
        <w:br w:type="page"/>
      </w:r>
    </w:p>
    <w:p>
      <w:pPr>
        <w:pStyle w:val="Heading1"/>
      </w:pPr>
      <w:r>
        <w:t>10 — EQ-2026-0916-10</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16/09/2026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Cédant</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Consideration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Préparation dossier</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Carrousel</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5 familles de documents qu’un repreneur sérieux vous demandera tôt ou tard</w:t>
            </w:r>
          </w:p>
        </w:tc>
      </w:tr>
    </w:tbl>
    <w:p/>
    <w:p>
      <w:pPr>
        <w:pStyle w:val="ArabicTitle"/>
        <w:jc w:val="right"/>
        <w:bidi w:val="1"/>
      </w:pPr>
      <w:r>
        <w:t>5 عائلات ديال الوثائق اللي غالبا غادي يطلبهم مشتري جدي</w:t>
      </w:r>
    </w:p>
    <w:p>
      <w:pPr>
        <w:pStyle w:val="ArabicBody"/>
        <w:jc w:val="right"/>
        <w:bidi w:val="1"/>
      </w:pPr>
      <w:r>
        <w:t>الإعلان كيجلب الانتباه، ولكن الوثائق هي اللي كتسمح بدراسة الملف بعمق.</w:t>
      </w:r>
    </w:p>
    <w:p>
      <w:pPr>
        <w:pStyle w:val="ArabicBody"/>
        <w:jc w:val="right"/>
        <w:bidi w:val="1"/>
      </w:pPr>
      <w:r>
        <w:t>الوثائق كتختلف حسب الشركة والصفقة، ولكن غالبا كاينين خمس عائلات: المعطيات المالية، الوثائق القانونية والإدارية، العقود المهمة، تنظيم الفريق، والأصول أو العناصر الاستراتيجية.</w:t>
      </w:r>
    </w:p>
    <w:p>
      <w:pPr>
        <w:pStyle w:val="ArabicBody"/>
        <w:jc w:val="right"/>
        <w:bidi w:val="1"/>
      </w:pPr>
      <w:r>
        <w:t>الهدف ماشي تشارك كلشي مع أي واحد من الأول. الهدف تكون واجد ملي النقاش يوصل لمستوى جدي.</w:t>
      </w:r>
    </w:p>
    <w:p>
      <w:pPr>
        <w:pStyle w:val="ArabicBody"/>
        <w:jc w:val="right"/>
        <w:bidi w:val="1"/>
      </w:pPr>
      <w:r>
        <w:t>تنظيم الوثائق بكري كيقلل التأخير وكيخلي المشتري يفهم الشركة بشكل أحسن.</w:t>
      </w:r>
    </w:p>
    <w:p>
      <w:pPr>
        <w:pStyle w:val="ArabicBody"/>
        <w:jc w:val="right"/>
        <w:bidi w:val="1"/>
      </w:pPr>
      <w:r>
        <w:t>على equirs، Data Room كتسمح بمشاركة هاد الوثائق تدريجيا وبموافقة البائع.</w:t>
      </w:r>
    </w:p>
    <w:p>
      <w:pPr>
        <w:pStyle w:val="ArabicBody"/>
        <w:jc w:val="right"/>
        <w:bidi w:val="1"/>
      </w:pPr>
      <w:r>
        <w:rPr>
          <w:b/>
        </w:rPr>
        <w:t>CTA: اكتشف مسار equirs</w:t>
      </w:r>
    </w:p>
    <w:p>
      <w:r>
        <w:br w:type="page"/>
      </w:r>
    </w:p>
    <w:p>
      <w:pPr>
        <w:pStyle w:val="Heading1"/>
      </w:pPr>
      <w:r>
        <w:t>11 — EQ-2026-0917-11</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17/09/2026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Cédant</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Education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Business &amp; valorisation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Post + graphique</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Le chiffre d’affaires ne dit pas combien vaut votre entreprise.</w:t>
            </w:r>
          </w:p>
        </w:tc>
      </w:tr>
    </w:tbl>
    <w:p/>
    <w:p>
      <w:pPr>
        <w:pStyle w:val="ArabicTitle"/>
        <w:jc w:val="right"/>
        <w:bidi w:val="1"/>
      </w:pPr>
      <w:r>
        <w:t>رقم المعاملات ما كيقولش بوحدو شحال كتسوى الشركة.</w:t>
      </w:r>
    </w:p>
    <w:p>
      <w:pPr>
        <w:pStyle w:val="ArabicBody"/>
        <w:jc w:val="right"/>
        <w:bidi w:val="1"/>
      </w:pPr>
      <w:r>
        <w:t>جوج شركات يقدرو يكون عندهم نفس chiffre d’affaires ولكن القيمة والبروفايل ديالهم مختلفين بزاف.</w:t>
      </w:r>
    </w:p>
    <w:p>
      <w:pPr>
        <w:pStyle w:val="ArabicBody"/>
        <w:jc w:val="right"/>
        <w:bidi w:val="1"/>
      </w:pPr>
      <w:r>
        <w:t>المشتري كيشوف كذلك الهامش، EBITDA، النمو، استقرار النشاط، الاعتماد على زبون أو شخص معين، المخاطر والحاجيات المستقبلية.</w:t>
      </w:r>
    </w:p>
    <w:p>
      <w:pPr>
        <w:pStyle w:val="ArabicBody"/>
        <w:jc w:val="right"/>
        <w:bidi w:val="1"/>
      </w:pPr>
      <w:r>
        <w:t>على equirs، بعض المؤشرات كتتحسب أوتوماتيكيا انطلاقا من البيانات المالية المصرح بها، بحال marge nette، multiple EBITDA، payback والنمو السنوي.</w:t>
      </w:r>
    </w:p>
    <w:p>
      <w:pPr>
        <w:pStyle w:val="ArabicBody"/>
        <w:jc w:val="right"/>
        <w:bidi w:val="1"/>
      </w:pPr>
      <w:r>
        <w:t>هاد المؤشرات كتساعد فالقراءة، ولكن ماشي valuation certifiée بوحدها. خاص البيانات تكون مؤهلة بوضوح: réalisé ولا estimé، والملف يكون منظم.</w:t>
      </w:r>
    </w:p>
    <w:p>
      <w:pPr>
        <w:pStyle w:val="ArabicBody"/>
        <w:jc w:val="right"/>
        <w:bidi w:val="1"/>
      </w:pPr>
      <w:r>
        <w:t>الثمن المطلوب هو نقطة بداية. فهم الشركة هو اللي كيسمح بنقاش جدي على القيمة.</w:t>
      </w:r>
    </w:p>
    <w:p>
      <w:pPr>
        <w:pStyle w:val="ArabicBody"/>
        <w:jc w:val="right"/>
        <w:bidi w:val="1"/>
      </w:pPr>
      <w:r>
        <w:rPr>
          <w:b/>
        </w:rPr>
        <w:t>CTA: تعرف أكثر على طريقة قراءة الملف</w:t>
      </w:r>
    </w:p>
    <w:p>
      <w:r>
        <w:br w:type="page"/>
      </w:r>
    </w:p>
    <w:p>
      <w:pPr>
        <w:pStyle w:val="Heading1"/>
      </w:pPr>
      <w:r>
        <w:t>12 — EQ-2026-0919-12</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19/09/2026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Cédant</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Conversion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Produit / IA</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Reel démo</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B</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Rédiger une annonce de cession : l’IA peut vous aider à la structurer.</w:t>
            </w:r>
          </w:p>
        </w:tc>
      </w:tr>
    </w:tbl>
    <w:p/>
    <w:p>
      <w:pPr>
        <w:pStyle w:val="ArabicTitle"/>
        <w:jc w:val="right"/>
        <w:bidi w:val="1"/>
      </w:pPr>
      <w:r>
        <w:t>كتلقى صعوبة تكتب إعلان التفويت؟ الذكاء الاصطناعي يقدر يعاونك ترتبو.</w:t>
      </w:r>
    </w:p>
    <w:p>
      <w:pPr>
        <w:pStyle w:val="ArabicBody"/>
        <w:jc w:val="right"/>
        <w:bidi w:val="1"/>
      </w:pPr>
      <w:r>
        <w:t>تقديم الشركة بشكل واضح ماشي ساهل ديما: شنو نقول؟ كيفاش نفسر النشاط؟ وكيفاش نشرح سبب التفويت بلا نص عام بزاف أو طويل بزاف؟</w:t>
      </w:r>
    </w:p>
    <w:p>
      <w:pPr>
        <w:pStyle w:val="ArabicBody"/>
        <w:jc w:val="right"/>
        <w:bidi w:val="1"/>
      </w:pPr>
      <w:r>
        <w:t>على equirs، خاصية rédaction assistée par IA كتعاون البائع ينظم أجزاء من الإعلان بحال الوصف وأسباب التفويت.</w:t>
      </w:r>
    </w:p>
    <w:p>
      <w:pPr>
        <w:pStyle w:val="ArabicBody"/>
        <w:jc w:val="right"/>
        <w:bidi w:val="1"/>
      </w:pPr>
      <w:r>
        <w:t>الأداة ما كتبدلش البائع: المعلومات خاصها تبقى متحققة، مكتملة وموافق عليها قبل النشر.</w:t>
      </w:r>
    </w:p>
    <w:p>
      <w:pPr>
        <w:pStyle w:val="ArabicBody"/>
        <w:jc w:val="right"/>
        <w:bidi w:val="1"/>
      </w:pPr>
      <w:r>
        <w:t>المنصة تقدر كذلك تولد صورة couverture للإعلان إلا ما كانتش متوفرة.</w:t>
      </w:r>
    </w:p>
    <w:p>
      <w:pPr>
        <w:pStyle w:val="ArabicBody"/>
        <w:jc w:val="right"/>
        <w:bidi w:val="1"/>
      </w:pPr>
      <w:r>
        <w:t>إذا كانت مساعدة الكتابة مازالت offerte وقت النشر، يمكن الإشارة لها بعد إعادة التحقق من التسعيرة الحالية.</w:t>
      </w:r>
    </w:p>
    <w:p>
      <w:pPr>
        <w:pStyle w:val="ArabicBody"/>
        <w:jc w:val="right"/>
        <w:bidi w:val="1"/>
      </w:pPr>
      <w:r>
        <w:rPr>
          <w:b/>
        </w:rPr>
        <w:t>CTA: انشر الشركة ديالك</w:t>
      </w:r>
    </w:p>
    <w:p>
      <w:r>
        <w:br w:type="page"/>
      </w:r>
    </w:p>
    <w:p>
      <w:pPr>
        <w:pStyle w:val="Heading1"/>
      </w:pPr>
      <w:r>
        <w:t>13 — EQ-2026-0921-13</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21/09/2026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Entrepreneur</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Awareness</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Recherche d’associé</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Carrousel</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Trouver un associé ne signifie pas simplement chercher du financement.</w:t>
            </w:r>
          </w:p>
        </w:tc>
      </w:tr>
    </w:tbl>
    <w:p/>
    <w:p>
      <w:pPr>
        <w:pStyle w:val="ArabicTitle"/>
        <w:jc w:val="right"/>
        <w:bidi w:val="1"/>
      </w:pPr>
      <w:r>
        <w:t>البحث على شريك ماشي هو غير البحث على التمويل.</w:t>
      </w:r>
    </w:p>
    <w:p>
      <w:pPr>
        <w:pStyle w:val="ArabicBody"/>
        <w:jc w:val="right"/>
        <w:bidi w:val="1"/>
      </w:pPr>
      <w:r>
        <w:t>الشريك ماشي بالضرورة غير شخص غادي يحط فلوس.</w:t>
      </w:r>
    </w:p>
    <w:p>
      <w:pPr>
        <w:pStyle w:val="ArabicBody"/>
        <w:jc w:val="right"/>
        <w:bidi w:val="1"/>
      </w:pPr>
      <w:r>
        <w:t>فـRecherche d’associé على equirs، الهدف هو تلقى شريك عملي كيشارك فالمشروع وكيجيب قيمة مكملة: تجارية، تقنية، مالية، تسييرية أو قطاعية.</w:t>
      </w:r>
    </w:p>
    <w:p>
      <w:pPr>
        <w:pStyle w:val="ArabicBody"/>
        <w:jc w:val="right"/>
        <w:bidi w:val="1"/>
      </w:pPr>
      <w:r>
        <w:t>قبل ما تنشر البحث، وضح الدور اليومي، المهارات اللي ناقصاك، مستوى الالتزام، وكيفاش متصور الحصة فال capital واتخاذ القرار.</w:t>
      </w:r>
    </w:p>
    <w:p>
      <w:pPr>
        <w:pStyle w:val="ArabicBody"/>
        <w:jc w:val="right"/>
        <w:bidi w:val="1"/>
      </w:pPr>
      <w:r>
        <w:t>خاص الإعلان يهضر على المشروع، شنو موجود دابا، شنو ناقص، وشنو البروفايل اللي باغي تبني معاه المرحلة الجاية.</w:t>
      </w:r>
    </w:p>
    <w:p>
      <w:pPr>
        <w:pStyle w:val="ArabicBody"/>
        <w:jc w:val="right"/>
        <w:bidi w:val="1"/>
      </w:pPr>
      <w:r>
        <w:t>هاد النوع ديال البحث ما خاصوش يتقدم كوعد بعائد مضمون أو كاستثمار سلبي.</w:t>
      </w:r>
    </w:p>
    <w:p>
      <w:pPr>
        <w:pStyle w:val="ArabicBody"/>
        <w:jc w:val="right"/>
        <w:bidi w:val="1"/>
      </w:pPr>
      <w:r>
        <w:rPr>
          <w:b/>
        </w:rPr>
        <w:t>CTA: لقا الشريك العملي المناسب</w:t>
      </w:r>
    </w:p>
    <w:p>
      <w:r>
        <w:br w:type="page"/>
      </w:r>
    </w:p>
    <w:p>
      <w:pPr>
        <w:pStyle w:val="Heading1"/>
      </w:pPr>
      <w:r>
        <w:t>14 — EQ-2026-0923-14</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23/09/2026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Entrepreneur</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Consideration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Recherche d’associé</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Carrousel</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Quel profil d’associé manque réellement à votre projet ?</w:t>
            </w:r>
          </w:p>
        </w:tc>
      </w:tr>
    </w:tbl>
    <w:p/>
    <w:p>
      <w:pPr>
        <w:pStyle w:val="ArabicTitle"/>
        <w:jc w:val="right"/>
        <w:bidi w:val="1"/>
      </w:pPr>
      <w:r>
        <w:t>شنو هو البروفايل ديال الشريك اللي ناقص مشروعك فعلا؟</w:t>
      </w:r>
    </w:p>
    <w:p>
      <w:pPr>
        <w:pStyle w:val="ArabicBody"/>
        <w:jc w:val="right"/>
        <w:bidi w:val="1"/>
      </w:pPr>
      <w:r>
        <w:t>جملة «كنقلب على شريك» واسعة بزاف وما كتعاونش تجيب الشخص المناسب.</w:t>
      </w:r>
    </w:p>
    <w:p>
      <w:pPr>
        <w:pStyle w:val="ArabicBody"/>
        <w:jc w:val="right"/>
        <w:bidi w:val="1"/>
      </w:pPr>
      <w:r>
        <w:t>خاصك تحدد الحاجة: واش عندك المنتج وناقصاك القوة التجارية؟ واش عندك الخبرة وناقصك شخص ينظم التشغيل؟ واش محتاج profil technique، réseau sectoriel أو شريك حاضر فالتسيير؟</w:t>
      </w:r>
    </w:p>
    <w:p>
      <w:pPr>
        <w:pStyle w:val="ArabicBody"/>
        <w:jc w:val="right"/>
        <w:bidi w:val="1"/>
      </w:pPr>
      <w:r>
        <w:t>وصف البروفايل فخمس نقاط: المهارات، التجربة، مستوى الالتزام، المساهمة الممكنة فالرأسمال أو الموارد، والدور فالحكامة والقرارات.</w:t>
      </w:r>
    </w:p>
    <w:p>
      <w:pPr>
        <w:pStyle w:val="ArabicBody"/>
        <w:jc w:val="right"/>
        <w:bidi w:val="1"/>
      </w:pPr>
      <w:r>
        <w:t>كلما كنت واضح، كلما الشخص الآخر يقدر يعرف بسرعة واش فعلا مكمل للمشروع.</w:t>
      </w:r>
    </w:p>
    <w:p>
      <w:pPr>
        <w:pStyle w:val="ArabicBody"/>
        <w:jc w:val="right"/>
        <w:bidi w:val="1"/>
      </w:pPr>
      <w:r>
        <w:t>قبل ما تقلب على الشخص، عرف بالضبط شنو هي البلاصة اللي خاصو ياخذ فالمشروع.</w:t>
      </w:r>
    </w:p>
    <w:p>
      <w:pPr>
        <w:pStyle w:val="ArabicBody"/>
        <w:jc w:val="right"/>
        <w:bidi w:val="1"/>
      </w:pPr>
      <w:r>
        <w:rPr>
          <w:b/>
        </w:rPr>
        <w:t>CTA: انشر البحث على شريك</w:t>
      </w:r>
    </w:p>
    <w:p>
      <w:r>
        <w:br w:type="page"/>
      </w:r>
    </w:p>
    <w:p>
      <w:pPr>
        <w:pStyle w:val="Heading1"/>
      </w:pPr>
      <w:r>
        <w:t>15 — EQ-2026-0924-15</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24/09/2026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Digital</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Awareness</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Projets digitaux</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Reel / carrousel</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Vous avez construit un SaaS, une app ou un e-commerce que vous souhaitez céder ?</w:t>
            </w:r>
          </w:p>
        </w:tc>
      </w:tr>
    </w:tbl>
    <w:p/>
    <w:p>
      <w:pPr>
        <w:pStyle w:val="ArabicTitle"/>
        <w:jc w:val="right"/>
        <w:bidi w:val="1"/>
      </w:pPr>
      <w:r>
        <w:t>بنيتي SaaS، app ولا e-commerce وباغي تفوتو؟</w:t>
      </w:r>
    </w:p>
    <w:p>
      <w:pPr>
        <w:pStyle w:val="ArabicBody"/>
        <w:jc w:val="right"/>
        <w:bidi w:val="1"/>
      </w:pPr>
      <w:r>
        <w:t>الشركة اللي كتتباع ماشي ضروري تكون عندها محل، آلات ومخزون.</w:t>
      </w:r>
    </w:p>
    <w:p>
      <w:pPr>
        <w:pStyle w:val="ArabicBody"/>
        <w:jc w:val="right"/>
        <w:bidi w:val="1"/>
      </w:pPr>
      <w:r>
        <w:t>الأصول الرقمية حتى هي مشاريع ممكن تتفوت أو يتاخدوها ناس آخرين باش يكملو تطويرها.</w:t>
      </w:r>
    </w:p>
    <w:p>
      <w:pPr>
        <w:pStyle w:val="ArabicBody"/>
        <w:jc w:val="right"/>
        <w:bidi w:val="1"/>
      </w:pPr>
      <w:r>
        <w:t>equirs عندها فئة Projets digitaux: sites web، apps، SaaS، e-commerce وحتى بعض الحسابات أو audiences monétisées.</w:t>
      </w:r>
    </w:p>
    <w:p>
      <w:pPr>
        <w:pStyle w:val="ArabicBody"/>
        <w:jc w:val="right"/>
        <w:bidi w:val="1"/>
      </w:pPr>
      <w:r>
        <w:t>فالمشروع الرقمي، المشتري خاصو يفهم المداخيل المصرح بها، التكنولوجيا، العقود، الولوجات، الملكية الفكرية، audience والتبعيات على منصات خارجية.</w:t>
      </w:r>
    </w:p>
    <w:p>
      <w:pPr>
        <w:pStyle w:val="ArabicBody"/>
        <w:jc w:val="right"/>
        <w:bidi w:val="1"/>
      </w:pPr>
      <w:r>
        <w:t>القناة رقمية، ولكن مبادئ التفويت كتبقى نفسها: معلومة واضحة، سرية عند الحاجة، تحقق ومسار منظم.</w:t>
      </w:r>
    </w:p>
    <w:p>
      <w:pPr>
        <w:pStyle w:val="ArabicBody"/>
        <w:jc w:val="right"/>
        <w:bidi w:val="1"/>
      </w:pPr>
      <w:r>
        <w:rPr>
          <w:b/>
        </w:rPr>
        <w:t>CTA: انشر المشروع الرقمي ديالك</w:t>
      </w:r>
    </w:p>
    <w:p>
      <w:r>
        <w:br w:type="page"/>
      </w:r>
    </w:p>
    <w:p>
      <w:pPr>
        <w:pStyle w:val="Heading1"/>
      </w:pPr>
      <w:r>
        <w:t>16 — EQ-2026-0926-16</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26/09/2026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Acheteur</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Consideration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Opportunités digitales</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Multi Deal Card</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B</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Sélection projets digitaux — modèle dynamique</w:t>
            </w:r>
          </w:p>
        </w:tc>
      </w:tr>
    </w:tbl>
    <w:p/>
    <w:p>
      <w:pPr>
        <w:pStyle w:val="ArabicTitle"/>
        <w:jc w:val="right"/>
        <w:bidi w:val="1"/>
      </w:pPr>
      <w:r>
        <w:t>اختيار من المشاريع الرقمية — نموذج ديناميكي</w:t>
      </w:r>
    </w:p>
    <w:p>
      <w:pPr>
        <w:pStyle w:val="ArabicBody"/>
        <w:jc w:val="right"/>
        <w:bidi w:val="1"/>
      </w:pPr>
      <w:r>
        <w:t>هاد الأسبوع التركيز على Projets digitaux المتاحة على equirs.</w:t>
      </w:r>
    </w:p>
    <w:p>
      <w:pPr>
        <w:pStyle w:val="ArabicBody"/>
        <w:jc w:val="right"/>
        <w:bidi w:val="1"/>
      </w:pPr>
      <w:r>
        <w:t>[اختيار 3 حتى 4 إعلانات عمومية: SaaS / app / e-commerce / site / audience monétisée]</w:t>
      </w:r>
    </w:p>
    <w:p>
      <w:pPr>
        <w:pStyle w:val="ArabicBody"/>
        <w:jc w:val="right"/>
        <w:bidi w:val="1"/>
      </w:pPr>
      <w:r>
        <w:t>لكل مشروع: [العنوان العمومي] • [الفئة] • [الموقع إذا كان مهم] • [جملة على النشاط]</w:t>
      </w:r>
    </w:p>
    <w:p>
      <w:pPr>
        <w:pStyle w:val="ArabicBody"/>
        <w:jc w:val="right"/>
        <w:bidi w:val="1"/>
      </w:pPr>
      <w:r>
        <w:t>[الثمن / CA / مستوى الثقة غير إلا كانت المعلومات عمومية ومؤهلة بشكل صحيح]</w:t>
      </w:r>
    </w:p>
    <w:p>
      <w:pPr>
        <w:pStyle w:val="ArabicBody"/>
        <w:jc w:val="right"/>
        <w:bidi w:val="1"/>
      </w:pPr>
      <w:r>
        <w:t>كل مشروع خاصو دراسة مستقلة. الاختيار هدفو الاكتشاف وماشي توصية استثمارية.</w:t>
      </w:r>
    </w:p>
    <w:p>
      <w:pPr>
        <w:pStyle w:val="ArabicBody"/>
        <w:jc w:val="right"/>
        <w:bidi w:val="1"/>
      </w:pPr>
      <w:r>
        <w:rPr>
          <w:b/>
        </w:rPr>
        <w:t>CTA: تصفح المشاريع الرقمية</w:t>
      </w:r>
    </w:p>
    <w:p>
      <w:r>
        <w:rPr>
          <w:rFonts w:ascii="Aptos" w:hAnsi="Aptos" w:eastAsia="Aptos" w:cs="Aptos"/>
          <w:b w:val="0"/>
          <w:color w:val="7352C7"/>
          <w:sz w:val="16"/>
        </w:rPr>
        <w:t>Note production : contenu dynamique. La version finale doit être alimentée par les données réelles disponibles au moment de la publication.</w:t>
      </w:r>
    </w:p>
    <w:p>
      <w:r>
        <w:br w:type="page"/>
      </w:r>
    </w:p>
    <w:p>
      <w:pPr>
        <w:pStyle w:val="Heading1"/>
      </w:pPr>
      <w:r>
        <w:t>17 — EQ-2026-0928-17</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28/09/2026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Experts / cabinets</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Awareness</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Partenaires</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LinkedIn carrousel</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Vos clients vous parlent-ils parfois de transmission ?</w:t>
            </w:r>
          </w:p>
        </w:tc>
      </w:tr>
    </w:tbl>
    <w:p/>
    <w:p>
      <w:pPr>
        <w:pStyle w:val="ArabicTitle"/>
        <w:jc w:val="right"/>
        <w:bidi w:val="1"/>
      </w:pPr>
      <w:r>
        <w:t>الزبناء ديالكم كيهضرو معاكم على تفويت شركاتهم؟</w:t>
      </w:r>
    </w:p>
    <w:p>
      <w:pPr>
        <w:pStyle w:val="ArabicBody"/>
        <w:jc w:val="right"/>
        <w:bidi w:val="1"/>
      </w:pPr>
      <w:r>
        <w:t>الخبير المحاسبي، fiduciaire، المحامي أو مستشار الأعمال غالبا كيكون من أول الناس اللي كيعرفو أن صاحب شركة بدا كيفكر فالتفويت.</w:t>
      </w:r>
    </w:p>
    <w:p>
      <w:pPr>
        <w:pStyle w:val="ArabicBody"/>
        <w:jc w:val="right"/>
        <w:bidi w:val="1"/>
      </w:pPr>
      <w:r>
        <w:t>هاد المرحلة كتحتاج أكثر من نصيحة منفصلة: كتحتاج قناة منظمة باش يقدم المشروع، يحمي المعلومات الحساسة ويتواصل مع مشترين محتملين.</w:t>
      </w:r>
    </w:p>
    <w:p>
      <w:pPr>
        <w:pStyle w:val="ArabicBody"/>
        <w:jc w:val="right"/>
        <w:bidi w:val="1"/>
      </w:pPr>
      <w:r>
        <w:t>equirs تقدر تكون قناة إضافية للمستشارين اللي كيرافقو زبناء عندهم مشاريع تفويت، مع بقاء دورهم المهني مهم فالتحضير والتدقيق والمواكبة.</w:t>
      </w:r>
    </w:p>
    <w:p>
      <w:pPr>
        <w:pStyle w:val="ArabicBody"/>
        <w:jc w:val="right"/>
        <w:bidi w:val="1"/>
      </w:pPr>
      <w:r>
        <w:t>الهدف ماشي نعوضو الخبير، ولكن نعطيوه أداة ومسار رقمي مكمل للخدمة ديالو.</w:t>
      </w:r>
    </w:p>
    <w:p>
      <w:pPr>
        <w:pStyle w:val="ArabicBody"/>
        <w:jc w:val="right"/>
        <w:bidi w:val="1"/>
      </w:pPr>
      <w:r>
        <w:rPr>
          <w:b/>
        </w:rPr>
        <w:t>CTA: ولي شريك equirs</w:t>
      </w:r>
    </w:p>
    <w:p>
      <w:r>
        <w:br w:type="page"/>
      </w:r>
    </w:p>
    <w:p>
      <w:pPr>
        <w:pStyle w:val="Heading1"/>
      </w:pPr>
      <w:r>
        <w:t>18 — EQ-2026-0930-18</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30/09/2026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Cabinets</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Consideration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Produit partenaire</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Démo dashboard</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B</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Gérer plusieurs mandats de cession depuis un même espace</w:t>
            </w:r>
          </w:p>
        </w:tc>
      </w:tr>
    </w:tbl>
    <w:p/>
    <w:p>
      <w:pPr>
        <w:pStyle w:val="ArabicTitle"/>
        <w:jc w:val="right"/>
        <w:bidi w:val="1"/>
      </w:pPr>
      <w:r>
        <w:t>كتسيرو بزاف ديال ملفات التفويت؟ جمعوهم فمساحة وحدة.</w:t>
      </w:r>
    </w:p>
    <w:p>
      <w:pPr>
        <w:pStyle w:val="ArabicBody"/>
        <w:jc w:val="right"/>
        <w:bidi w:val="1"/>
      </w:pPr>
      <w:r>
        <w:t>المستشار اللي كيدبر عدة mandats كيحتاج يشوف حالة كل مشروع بسرعة: شنو منشور، شنو خاصو تحقق، شنو فيه تواصل، وشنو محتاج تحديث.</w:t>
      </w:r>
    </w:p>
    <w:p>
      <w:pPr>
        <w:pStyle w:val="ArabicBody"/>
        <w:jc w:val="right"/>
        <w:bidi w:val="1"/>
      </w:pPr>
      <w:r>
        <w:t>فضاء Mes projets على equirs كيجمع المشاريع فواجهة وحدة وكيبين مراحل التقدم ديال كل ملف.</w:t>
      </w:r>
    </w:p>
    <w:p>
      <w:pPr>
        <w:pStyle w:val="ArabicBody"/>
        <w:jc w:val="right"/>
        <w:bidi w:val="1"/>
      </w:pPr>
      <w:r>
        <w:t>عرض Cabinet موجه للمهنيين اللي كيدبرو عدة إعلانات، مع شروط وعدد الإعلانات حسب التسعيرة الحالية اللي خاصها تتراجع قبل أي نشر إعلاني.</w:t>
      </w:r>
    </w:p>
    <w:p>
      <w:pPr>
        <w:pStyle w:val="ArabicBody"/>
        <w:jc w:val="right"/>
        <w:bidi w:val="1"/>
      </w:pPr>
      <w:r>
        <w:t>المهم فالرسالة: أقل تشتت، رؤية أحسن على الملفات، ومسار موحد لكل mandat.</w:t>
      </w:r>
    </w:p>
    <w:p>
      <w:pPr>
        <w:pStyle w:val="ArabicBody"/>
        <w:jc w:val="right"/>
        <w:bidi w:val="1"/>
      </w:pPr>
      <w:r>
        <w:rPr>
          <w:b/>
        </w:rPr>
        <w:t>CTA: اكتشف عرض Cabinet</w:t>
      </w:r>
    </w:p>
    <w:p>
      <w:r>
        <w:br w:type="page"/>
      </w:r>
    </w:p>
    <w:p>
      <w:pPr>
        <w:pStyle w:val="Heading1"/>
      </w:pPr>
      <w:r>
        <w:t>19 — EQ-2026-1001-19</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01/10/2026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Expert-comptable / conseil</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Education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Partenaires</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Post expert</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Le rôle du conseil dans la préparation d’une transmission</w:t>
            </w:r>
          </w:p>
        </w:tc>
      </w:tr>
    </w:tbl>
    <w:p/>
    <w:p>
      <w:pPr>
        <w:pStyle w:val="ArabicTitle"/>
        <w:jc w:val="right"/>
        <w:bidi w:val="1"/>
      </w:pPr>
      <w:r>
        <w:t>دور المستشار كيبدا قبل ما يبان المشتري.</w:t>
      </w:r>
    </w:p>
    <w:p>
      <w:pPr>
        <w:pStyle w:val="ArabicBody"/>
        <w:jc w:val="right"/>
        <w:bidi w:val="1"/>
      </w:pPr>
      <w:r>
        <w:t>التحضير الجيد للتفويت كيتطلب ترتيب المعلومات، فهم الأرقام، تنظيم العقود، وتحديد شنو خاص يبقى سري وشنو يمكن يتشارك تدريجيا.</w:t>
      </w:r>
    </w:p>
    <w:p>
      <w:pPr>
        <w:pStyle w:val="ArabicBody"/>
        <w:jc w:val="right"/>
        <w:bidi w:val="1"/>
      </w:pPr>
      <w:r>
        <w:t>هنا كيكون دور الخبير المحاسبي، المستشار أو المحامي مهم: يساعد صاحب الشركة يجهز ملف قابل للفهم والمراجعة.</w:t>
      </w:r>
    </w:p>
    <w:p>
      <w:pPr>
        <w:pStyle w:val="ArabicBody"/>
        <w:jc w:val="right"/>
        <w:bidi w:val="1"/>
      </w:pPr>
      <w:r>
        <w:t>المنصة الرقمية كتسهل discovery والتواصل والمسار، ولكن جودة الملف كتبقى مرتبطة بالتحضير المهني قبل وأثناء العملية.</w:t>
      </w:r>
    </w:p>
    <w:p>
      <w:pPr>
        <w:pStyle w:val="ArabicBody"/>
        <w:jc w:val="right"/>
        <w:bidi w:val="1"/>
      </w:pPr>
      <w:r>
        <w:t>أحسن صفقة غالبا كتبدأ بملف منظم قبل أول عرض.</w:t>
      </w:r>
    </w:p>
    <w:p>
      <w:pPr>
        <w:pStyle w:val="ArabicBody"/>
        <w:jc w:val="right"/>
        <w:bidi w:val="1"/>
      </w:pPr>
      <w:r>
        <w:rPr>
          <w:b/>
        </w:rPr>
        <w:t>CTA: تعرف على برنامج الشركاء</w:t>
      </w:r>
    </w:p>
    <w:p>
      <w:r>
        <w:br w:type="page"/>
      </w:r>
    </w:p>
    <w:p>
      <w:pPr>
        <w:pStyle w:val="Heading1"/>
      </w:pPr>
      <w:r>
        <w:t>20 — EQ-2026-1003-20</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03/10/2026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Acheteur</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Consideration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Opportunités</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Deal Card</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B</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Opportunité de la semaine — angle “à approfondir”</w:t>
            </w:r>
          </w:p>
        </w:tc>
      </w:tr>
    </w:tbl>
    <w:p/>
    <w:p>
      <w:pPr>
        <w:pStyle w:val="ArabicTitle"/>
        <w:jc w:val="right"/>
        <w:bidi w:val="1"/>
      </w:pPr>
      <w:r>
        <w:t>فرصة الأسبوع — زاوية: شنو خاصك تعمق فيه؟</w:t>
      </w:r>
    </w:p>
    <w:p>
      <w:pPr>
        <w:pStyle w:val="ArabicBody"/>
        <w:jc w:val="right"/>
        <w:bidi w:val="1"/>
      </w:pPr>
      <w:r>
        <w:t>[العنوان العمومي للفرصة] • [الفئة] • [المدينة]</w:t>
      </w:r>
    </w:p>
    <w:p>
      <w:pPr>
        <w:pStyle w:val="ArabicBody"/>
        <w:jc w:val="right"/>
        <w:bidi w:val="1"/>
      </w:pPr>
      <w:r>
        <w:t>[ملخص عمومي قصير]</w:t>
      </w:r>
    </w:p>
    <w:p>
      <w:pPr>
        <w:pStyle w:val="ArabicBody"/>
        <w:jc w:val="right"/>
        <w:bidi w:val="1"/>
      </w:pPr>
      <w:r>
        <w:t>قبل ما تعتبر هاد الفرصة مناسبة، شوف مثلا: مصدر المداخيل، اعتماد النشاط على أشخاص أو زبناء محددين، الوثائق المتاحة، ومستوى الثقة المعروض.</w:t>
      </w:r>
    </w:p>
    <w:p>
      <w:pPr>
        <w:pStyle w:val="ArabicBody"/>
        <w:jc w:val="right"/>
        <w:bidi w:val="1"/>
      </w:pPr>
      <w:r>
        <w:t>[أضف المؤشرات العمومية المؤهلة فقط]</w:t>
      </w:r>
    </w:p>
    <w:p>
      <w:pPr>
        <w:pStyle w:val="ArabicBody"/>
        <w:jc w:val="right"/>
        <w:bidi w:val="1"/>
      </w:pPr>
      <w:r>
        <w:t>الهدف هو توجيه المشتري للأسئلة الصحيحة، ماشي تقديم توصية استثمارية.</w:t>
      </w:r>
    </w:p>
    <w:p>
      <w:pPr>
        <w:pStyle w:val="ArabicBody"/>
        <w:jc w:val="right"/>
        <w:bidi w:val="1"/>
      </w:pPr>
      <w:r>
        <w:rPr>
          <w:b/>
        </w:rPr>
        <w:t>CTA: شوف الفرصة</w:t>
      </w:r>
    </w:p>
    <w:p>
      <w:r>
        <w:rPr>
          <w:rFonts w:ascii="Aptos" w:hAnsi="Aptos" w:eastAsia="Aptos" w:cs="Aptos"/>
          <w:b w:val="0"/>
          <w:color w:val="7352C7"/>
          <w:sz w:val="16"/>
        </w:rPr>
        <w:t>Note production : contenu dynamique. La version finale doit être alimentée par les données réelles disponibles au moment de la publication.</w:t>
      </w:r>
    </w:p>
    <w:p>
      <w:r>
        <w:br w:type="page"/>
      </w:r>
    </w:p>
    <w:p>
      <w:pPr>
        <w:pStyle w:val="Heading1"/>
      </w:pPr>
      <w:r>
        <w:t>21 — EQ-2026-1005-21</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05/10/2026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Tous</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Education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Confiance</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Carrousel</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Que protège réellement un NDA ?</w:t>
            </w:r>
          </w:p>
        </w:tc>
      </w:tr>
    </w:tbl>
    <w:p/>
    <w:p>
      <w:pPr>
        <w:pStyle w:val="ArabicTitle"/>
        <w:jc w:val="right"/>
        <w:bidi w:val="1"/>
      </w:pPr>
      <w:r>
        <w:t>NDA شنو كيحمي بالضبط؟</w:t>
      </w:r>
    </w:p>
    <w:p>
      <w:pPr>
        <w:pStyle w:val="ArabicBody"/>
        <w:jc w:val="right"/>
        <w:bidi w:val="1"/>
      </w:pPr>
      <w:r>
        <w:t>ملي كيبدأ النقاش يدخل لمعلومات حساسة، السرية خاصها تولي مؤطرة بشكل واضح.</w:t>
      </w:r>
    </w:p>
    <w:p>
      <w:pPr>
        <w:pStyle w:val="ArabicBody"/>
        <w:jc w:val="right"/>
        <w:bidi w:val="1"/>
      </w:pPr>
      <w:r>
        <w:t>NDA هو اتفاق سرية كيحدد أن المعلومات اللي كتشارك فإطار النقاش ما خاصهاش تستعمل أو تتنشر خارج الغرض المتفق عليه.</w:t>
      </w:r>
    </w:p>
    <w:p>
      <w:pPr>
        <w:pStyle w:val="ArabicBody"/>
        <w:jc w:val="right"/>
        <w:bidi w:val="1"/>
      </w:pPr>
      <w:r>
        <w:t>على equirs، يمكن توقيع NDA إلكترونيا قبل الولوج لبعض المعلومات الأكثر حساسية.</w:t>
      </w:r>
    </w:p>
    <w:p>
      <w:pPr>
        <w:pStyle w:val="ArabicBody"/>
        <w:jc w:val="right"/>
        <w:bidi w:val="1"/>
      </w:pPr>
      <w:r>
        <w:t>ولكن NDA ما كيعوضش التحليل القانوني ولا الشروط الخاصة بكل صفقة. هو جزء من مسار منظم لحماية تبادل المعلومات.</w:t>
      </w:r>
    </w:p>
    <w:p>
      <w:pPr>
        <w:pStyle w:val="ArabicBody"/>
        <w:jc w:val="right"/>
        <w:bidi w:val="1"/>
      </w:pPr>
      <w:r>
        <w:t>القاعدة العملية: ما تشاركش كلشي من الأول، ورفع مستوى التفاصيل كلما تقدم اهتمام الطرف الآخر.</w:t>
      </w:r>
    </w:p>
    <w:p>
      <w:pPr>
        <w:pStyle w:val="ArabicBody"/>
        <w:jc w:val="right"/>
        <w:bidi w:val="1"/>
      </w:pPr>
      <w:r>
        <w:rPr>
          <w:b/>
        </w:rPr>
        <w:t>CTA: اكتشف مسار السرية</w:t>
      </w:r>
    </w:p>
    <w:p>
      <w:r>
        <w:br w:type="page"/>
      </w:r>
    </w:p>
    <w:p>
      <w:pPr>
        <w:pStyle w:val="Heading1"/>
      </w:pPr>
      <w:r>
        <w:t>22 — EQ-2026-1007-22</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07/10/2026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Cédant</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Consideration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Confidentialité</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Carrousel</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Qui voit quoi sur equirs ?</w:t>
            </w:r>
          </w:p>
        </w:tc>
      </w:tr>
    </w:tbl>
    <w:p/>
    <w:p>
      <w:pPr>
        <w:pStyle w:val="ArabicTitle"/>
        <w:jc w:val="right"/>
        <w:bidi w:val="1"/>
      </w:pPr>
      <w:r>
        <w:t>شكون كيشوف شنو على equirs؟</w:t>
      </w:r>
    </w:p>
    <w:p>
      <w:pPr>
        <w:pStyle w:val="ArabicBody"/>
        <w:jc w:val="right"/>
        <w:bidi w:val="1"/>
      </w:pPr>
      <w:r>
        <w:t>المعلومات ما كتظهرش بنفس المستوى لكل واحد.</w:t>
      </w:r>
    </w:p>
    <w:p>
      <w:pPr>
        <w:pStyle w:val="ArabicBody"/>
        <w:jc w:val="right"/>
        <w:bidi w:val="1"/>
      </w:pPr>
      <w:r>
        <w:t>الزائر غير المسجل كيشوف aperçu محدود. المستخدم المسجل يقدر يشوف معلومات أكثر، ولكن بعض المعطيات الحساسة تقدر تبقى مخفية حتى يتم déblocage ديال fiche.</w:t>
      </w:r>
    </w:p>
    <w:p>
      <w:pPr>
        <w:pStyle w:val="ArabicBody"/>
        <w:jc w:val="right"/>
        <w:bidi w:val="1"/>
      </w:pPr>
      <w:r>
        <w:t>إلى تقدم النقاش، NDA يقدر يسبق مشاركة معلومات حساسة أكثر، ومن بعد Data Room كتفتح غير بموافقة البائع.</w:t>
      </w:r>
    </w:p>
    <w:p>
      <w:pPr>
        <w:pStyle w:val="ArabicBody"/>
        <w:jc w:val="right"/>
        <w:bidi w:val="1"/>
      </w:pPr>
      <w:r>
        <w:t>الأهم: الإيميل ورقم الهاتف ديال البائع ما كيتكشفوش مباشرة، والتواصل كيدوز داخل messagerie ديال المنصة.</w:t>
      </w:r>
    </w:p>
    <w:p>
      <w:pPr>
        <w:pStyle w:val="ArabicBody"/>
        <w:jc w:val="right"/>
        <w:bidi w:val="1"/>
      </w:pPr>
      <w:r>
        <w:t>هاد الولوج التدريجي كيعطي للبائع تحكم أكثر فالمعلومات اللي كيشارك.</w:t>
      </w:r>
    </w:p>
    <w:p>
      <w:pPr>
        <w:pStyle w:val="ArabicBody"/>
        <w:jc w:val="right"/>
        <w:bidi w:val="1"/>
      </w:pPr>
      <w:r>
        <w:rPr>
          <w:b/>
        </w:rPr>
        <w:t>CTA: انشر مشروعك بسرية أكثر</w:t>
      </w:r>
    </w:p>
    <w:p>
      <w:r>
        <w:br w:type="page"/>
      </w:r>
    </w:p>
    <w:p>
      <w:pPr>
        <w:pStyle w:val="Heading1"/>
      </w:pPr>
      <w:r>
        <w:t>23 — EQ-2026-1008-23</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08/10/2026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Tous</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Education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Confiance</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Reel</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Que signifie réellement le badge Vérifié ?</w:t>
            </w:r>
          </w:p>
        </w:tc>
      </w:tr>
    </w:tbl>
    <w:p/>
    <w:p>
      <w:pPr>
        <w:pStyle w:val="ArabicTitle"/>
        <w:jc w:val="right"/>
        <w:bidi w:val="1"/>
      </w:pPr>
      <w:r>
        <w:t>Badge Vérifié: شنو كيعني فعلا؟</w:t>
      </w:r>
    </w:p>
    <w:p>
      <w:pPr>
        <w:pStyle w:val="ArabicBody"/>
        <w:jc w:val="right"/>
        <w:bidi w:val="1"/>
      </w:pPr>
      <w:r>
        <w:t>Vérifié ما كيعنيش أن جميع الأرقام المالية مدققة أو أن الصفقة مضمونة.</w:t>
      </w:r>
    </w:p>
    <w:p>
      <w:pPr>
        <w:pStyle w:val="ArabicBody"/>
        <w:jc w:val="right"/>
        <w:bidi w:val="1"/>
      </w:pPr>
      <w:r>
        <w:t>كيعني أن الهوية ديال المسير، السجل التجاري والوضعية القانونية دازو من مراقبة يدوية حسب مسار equirs.</w:t>
      </w:r>
    </w:p>
    <w:p>
      <w:pPr>
        <w:pStyle w:val="ArabicBody"/>
        <w:jc w:val="right"/>
        <w:bidi w:val="1"/>
      </w:pPr>
      <w:r>
        <w:t>إذا كان الملف محتاج audit مالي أعمق، هنا كاين مستوى Expertisé، وهو مختلف على Vérifié.</w:t>
      </w:r>
    </w:p>
    <w:p>
      <w:pPr>
        <w:pStyle w:val="ArabicBody"/>
        <w:jc w:val="right"/>
        <w:bidi w:val="1"/>
      </w:pPr>
      <w:r>
        <w:t>كمشتري، شوف badge كجزء من فهم مستوى الثقة، ولكن كمل التحليل والـdue diligence المناسبة للصفقة.</w:t>
      </w:r>
    </w:p>
    <w:p>
      <w:pPr>
        <w:pStyle w:val="ArabicBody"/>
        <w:jc w:val="right"/>
        <w:bidi w:val="1"/>
      </w:pPr>
      <w:r>
        <w:rPr>
          <w:b/>
        </w:rPr>
        <w:t>CTA: اكتشف مستويات الثقة</w:t>
      </w:r>
    </w:p>
    <w:p>
      <w:r>
        <w:br w:type="page"/>
      </w:r>
    </w:p>
    <w:p>
      <w:pPr>
        <w:pStyle w:val="Heading1"/>
      </w:pPr>
      <w:r>
        <w:t>24 — EQ-2026-1010-24</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10/10/2026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Acheteur</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Education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Données financières</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Carrousel comparatif</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Déclaré, estimé, réalisé, expertisé : apprenez à distinguer les informations.</w:t>
            </w:r>
          </w:p>
        </w:tc>
      </w:tr>
    </w:tbl>
    <w:p/>
    <w:p>
      <w:pPr>
        <w:pStyle w:val="ArabicTitle"/>
        <w:jc w:val="right"/>
        <w:bidi w:val="1"/>
      </w:pPr>
      <w:r>
        <w:t>Déclaré، estimé، réalisé، expertisé: فرق بينهم قبل ما تقرا الأرقام.</w:t>
      </w:r>
    </w:p>
    <w:p>
      <w:pPr>
        <w:pStyle w:val="ArabicBody"/>
        <w:jc w:val="right"/>
        <w:bidi w:val="1"/>
      </w:pPr>
      <w:r>
        <w:t>الرقم ما عندوش نفس المعنى إلا ما عرفناش المصدر والحالة ديالو.</w:t>
      </w:r>
    </w:p>
    <w:p>
      <w:pPr>
        <w:pStyle w:val="ArabicBody"/>
        <w:jc w:val="right"/>
        <w:bidi w:val="1"/>
      </w:pPr>
      <w:r>
        <w:t>Déclaré: معلومة دخلها البائع. Estimé: رقم متعلق بفترة ما سالاتش أو تقدير حالي. Réalisé: متعلق بفترة منتهية حسب البيانات المقدمة. Expertisé: ملف خضع لتدقيق أعمق حسب مستوى Expertisé.</w:t>
      </w:r>
    </w:p>
    <w:p>
      <w:pPr>
        <w:pStyle w:val="ArabicBody"/>
        <w:jc w:val="right"/>
        <w:bidi w:val="1"/>
      </w:pPr>
      <w:r>
        <w:t>المؤشرات المحسوبة على equirs كتساعد فالقراءة ولكن كتخضع لجودة البيانات الأصلية.</w:t>
      </w:r>
    </w:p>
    <w:p>
      <w:pPr>
        <w:pStyle w:val="ArabicBody"/>
        <w:jc w:val="right"/>
        <w:bidi w:val="1"/>
      </w:pPr>
      <w:r>
        <w:t>ما تفترضش أن كل رقم audited. ديما شوف qualification ديالو ومستوى الثقة فالملف.</w:t>
      </w:r>
    </w:p>
    <w:p>
      <w:pPr>
        <w:pStyle w:val="ArabicBody"/>
        <w:jc w:val="right"/>
        <w:bidi w:val="1"/>
      </w:pPr>
      <w:r>
        <w:rPr>
          <w:b/>
        </w:rPr>
        <w:t>CTA: تصفح الفرص بقراءة أوضح</w:t>
      </w:r>
    </w:p>
    <w:p>
      <w:r>
        <w:br w:type="page"/>
      </w:r>
    </w:p>
    <w:p>
      <w:pPr>
        <w:pStyle w:val="Heading1"/>
      </w:pPr>
      <w:r>
        <w:t>25 — EQ-2026-1012-25</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12/10/2026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Acheteur</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Awareness</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Analyse d’opportunité</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Carrousel checklist</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Que regarde un repreneur dans les 10 premières minutes ?</w:t>
            </w:r>
          </w:p>
        </w:tc>
      </w:tr>
    </w:tbl>
    <w:p/>
    <w:p>
      <w:pPr>
        <w:pStyle w:val="ArabicTitle"/>
        <w:jc w:val="right"/>
        <w:bidi w:val="1"/>
      </w:pPr>
      <w:r>
        <w:t>شنو كيشوف المشتري فـ10 دقايق اللولة؟</w:t>
      </w:r>
    </w:p>
    <w:p>
      <w:pPr>
        <w:pStyle w:val="ArabicBody"/>
        <w:jc w:val="right"/>
        <w:bidi w:val="1"/>
      </w:pPr>
      <w:r>
        <w:t>أول نظرة ما كتكونش due diligence كاملة، ولكن كتحدد واش الملف يستاهل يتعمق فيه المشتري أو لا.</w:t>
      </w:r>
    </w:p>
    <w:p>
      <w:pPr>
        <w:pStyle w:val="ArabicBody"/>
        <w:jc w:val="right"/>
        <w:bidi w:val="1"/>
      </w:pPr>
      <w:r>
        <w:t>غالبا كيشوف: النشاط شنو كيدير، مصدر المداخيل، الثمن المطلوب، الأرقام الرئيسية، سبب التفويت، مستوى الثقة، واعتماد النشاط على المالك أو على زبناء كبار.</w:t>
      </w:r>
    </w:p>
    <w:p>
      <w:pPr>
        <w:pStyle w:val="ArabicBody"/>
        <w:jc w:val="right"/>
        <w:bidi w:val="1"/>
      </w:pPr>
      <w:r>
        <w:t>كيشوف كذلك واش المعلومات واضحة ومنظمة ولا الملف فيه بزاف ديال الغموض.</w:t>
      </w:r>
    </w:p>
    <w:p>
      <w:pPr>
        <w:pStyle w:val="ArabicBody"/>
        <w:jc w:val="right"/>
        <w:bidi w:val="1"/>
      </w:pPr>
      <w:r>
        <w:t>كلما كانت الصورة الأولية مفهومة، كلما كان أسهل على المشتري يقرر واش ينتقل للمرحلة الجاية.</w:t>
      </w:r>
    </w:p>
    <w:p>
      <w:pPr>
        <w:pStyle w:val="ArabicBody"/>
        <w:jc w:val="right"/>
        <w:bidi w:val="1"/>
      </w:pPr>
      <w:r>
        <w:rPr>
          <w:b/>
        </w:rPr>
        <w:t>CTA: اكتشف الفرص</w:t>
      </w:r>
    </w:p>
    <w:p>
      <w:r>
        <w:br w:type="page"/>
      </w:r>
    </w:p>
    <w:p>
      <w:pPr>
        <w:pStyle w:val="Heading1"/>
      </w:pPr>
      <w:r>
        <w:t>26 — EQ-2026-1014-26</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14/10/2026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Acheteur</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Education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Business &amp; chiffres</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Carrousel</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EBITDA, marge, payback : que signifient ces indicateurs ?</w:t>
            </w:r>
          </w:p>
        </w:tc>
      </w:tr>
    </w:tbl>
    <w:p/>
    <w:p>
      <w:pPr>
        <w:pStyle w:val="ArabicTitle"/>
        <w:jc w:val="right"/>
        <w:bidi w:val="1"/>
      </w:pPr>
      <w:r>
        <w:t>EBITDA، marge، payback: شنو كيعنيو هاد المؤشرات؟</w:t>
      </w:r>
    </w:p>
    <w:p>
      <w:pPr>
        <w:pStyle w:val="ArabicBody"/>
        <w:jc w:val="right"/>
        <w:bidi w:val="1"/>
      </w:pPr>
      <w:r>
        <w:t>المؤشرات المالية كتعطي زوايا مختلفة لفهم النشاط، وما خاص حتى مؤشر يتقرا بوحدو.</w:t>
      </w:r>
    </w:p>
    <w:p>
      <w:pPr>
        <w:pStyle w:val="ArabicBody"/>
        <w:jc w:val="right"/>
        <w:bidi w:val="1"/>
      </w:pPr>
      <w:r>
        <w:t>EBITDA كيعطي فكرة على الأداء التشغيلي قبل بعض العناصر المالية والمحاسبية. Marge كتساعد تفهم شحال كيبقى من المداخيل حسب النوع ديال الهامش. Payback كيقيس بشكل مبسط المدة النظرية لاسترجاع مبلغ معين اعتمادا على الفرضيات المستعملة.</w:t>
      </w:r>
    </w:p>
    <w:p>
      <w:pPr>
        <w:pStyle w:val="ArabicBody"/>
        <w:jc w:val="right"/>
        <w:bidi w:val="1"/>
      </w:pPr>
      <w:r>
        <w:t>على equirs، بعض المؤشرات كتتحسب من البيانات المصرح بها، لذلك خاص ديما تشوف واش البيانات réalisées ولا estimées ومستوى الثقة ديال الملف.</w:t>
      </w:r>
    </w:p>
    <w:p>
      <w:pPr>
        <w:pStyle w:val="ArabicBody"/>
        <w:jc w:val="right"/>
        <w:bidi w:val="1"/>
      </w:pPr>
      <w:r>
        <w:t>المؤشر وسيلة باش تسول أسئلة أحسن، ماشي جواب نهائي على واش الصفقة جيدة أو لا.</w:t>
      </w:r>
    </w:p>
    <w:p>
      <w:pPr>
        <w:pStyle w:val="ArabicBody"/>
        <w:jc w:val="right"/>
        <w:bidi w:val="1"/>
      </w:pPr>
      <w:r>
        <w:rPr>
          <w:b/>
        </w:rPr>
        <w:t>CTA: تعلم تقرا المؤشرات</w:t>
      </w:r>
    </w:p>
    <w:p>
      <w:r>
        <w:br w:type="page"/>
      </w:r>
    </w:p>
    <w:p>
      <w:pPr>
        <w:pStyle w:val="Heading1"/>
      </w:pPr>
      <w:r>
        <w:t>27 — EQ-2026-1015-27</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15/10/2026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Acheteur</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Consideration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Produit / alertes</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Démo</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B</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Ne cherchez pas chaque semaine. Faites venir les opportunités à vous.</w:t>
            </w:r>
          </w:p>
        </w:tc>
      </w:tr>
    </w:tbl>
    <w:p/>
    <w:p>
      <w:pPr>
        <w:pStyle w:val="ArabicTitle"/>
        <w:jc w:val="right"/>
        <w:bidi w:val="1"/>
      </w:pPr>
      <w:r>
        <w:t>ما تبقاش تقلب كل أسبوع. خلي الفرص المناسبة توصل عندك.</w:t>
      </w:r>
    </w:p>
    <w:p>
      <w:pPr>
        <w:pStyle w:val="ArabicBody"/>
        <w:jc w:val="right"/>
        <w:bidi w:val="1"/>
      </w:pPr>
      <w:r>
        <w:t>إلى عندك معايير واضحة للشراء، ماشي ضروري تعاود نفس البحث كل مرة.</w:t>
      </w:r>
    </w:p>
    <w:p>
      <w:pPr>
        <w:pStyle w:val="ArabicBody"/>
        <w:jc w:val="right"/>
        <w:bidi w:val="1"/>
      </w:pPr>
      <w:r>
        <w:t>على equirs، تقدر تحفظ البحث وتفعل alertes باش تتوصل بفرص كتوافق الفلاتر اللي مهتم بها.</w:t>
      </w:r>
    </w:p>
    <w:p>
      <w:pPr>
        <w:pStyle w:val="ArabicBody"/>
        <w:jc w:val="right"/>
        <w:bidi w:val="1"/>
      </w:pPr>
      <w:r>
        <w:t>حدد مثلا الفئة، المنطقة، المدينة أو نطاق الثمن، وخلي المنصة تعاونك فالمتابعة.</w:t>
      </w:r>
    </w:p>
    <w:p>
      <w:pPr>
        <w:pStyle w:val="ArabicBody"/>
        <w:jc w:val="right"/>
        <w:bidi w:val="1"/>
      </w:pPr>
      <w:r>
        <w:t>الهدف هو تقلل البحث اليدوي وتبقى مركز على تحليل الفرص اللي فعلا مناسبة ليك.</w:t>
      </w:r>
    </w:p>
    <w:p>
      <w:pPr>
        <w:pStyle w:val="ArabicBody"/>
        <w:jc w:val="right"/>
        <w:bidi w:val="1"/>
      </w:pPr>
      <w:r>
        <w:rPr>
          <w:b/>
        </w:rPr>
        <w:t>CTA: فعل تنبيه على الفرص</w:t>
      </w:r>
    </w:p>
    <w:p>
      <w:r>
        <w:br w:type="page"/>
      </w:r>
    </w:p>
    <w:p>
      <w:pPr>
        <w:pStyle w:val="Heading1"/>
      </w:pPr>
      <w:r>
        <w:t>28 — EQ-2026-1017-28</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17/10/2026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Acheteur</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Conversion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Opportunités</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Deal Card</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B</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Opportunité de la semaine — angle indicateurs</w:t>
            </w:r>
          </w:p>
        </w:tc>
      </w:tr>
    </w:tbl>
    <w:p/>
    <w:p>
      <w:pPr>
        <w:pStyle w:val="ArabicTitle"/>
        <w:jc w:val="right"/>
        <w:bidi w:val="1"/>
      </w:pPr>
      <w:r>
        <w:t>فرصة الأسبوع — زاوية المؤشرات</w:t>
      </w:r>
    </w:p>
    <w:p>
      <w:pPr>
        <w:pStyle w:val="ArabicBody"/>
        <w:jc w:val="right"/>
        <w:bidi w:val="1"/>
      </w:pPr>
      <w:r>
        <w:t>[العنوان العمومي] • [الفئة] • [المدينة]</w:t>
      </w:r>
    </w:p>
    <w:p>
      <w:pPr>
        <w:pStyle w:val="ArabicBody"/>
        <w:jc w:val="right"/>
        <w:bidi w:val="1"/>
      </w:pPr>
      <w:r>
        <w:t>[وصف عمومي مختصر]</w:t>
      </w:r>
    </w:p>
    <w:p>
      <w:pPr>
        <w:pStyle w:val="ArabicBody"/>
        <w:jc w:val="right"/>
        <w:bidi w:val="1"/>
      </w:pPr>
      <w:r>
        <w:t>المؤشرات المتاحة: [CA déclaré/réalisé/estimé] • [marge] • [multiple EBITDA] • [payback]، فقط إذا كانت عمومية ومحسوبة بشكل صحيح.</w:t>
      </w:r>
    </w:p>
    <w:p>
      <w:pPr>
        <w:pStyle w:val="ArabicBody"/>
        <w:jc w:val="right"/>
        <w:bidi w:val="1"/>
      </w:pPr>
      <w:r>
        <w:t>هاد الأرقام أدوات للقراءة وماشي ضمان على القيمة أو العائد.</w:t>
      </w:r>
    </w:p>
    <w:p>
      <w:pPr>
        <w:pStyle w:val="ArabicBody"/>
        <w:jc w:val="right"/>
        <w:bidi w:val="1"/>
      </w:pPr>
      <w:r>
        <w:t>شوف مستوى الثقة والوثائق المتاحة قبل أي تحليل أعمق.</w:t>
      </w:r>
    </w:p>
    <w:p>
      <w:pPr>
        <w:pStyle w:val="ArabicBody"/>
        <w:jc w:val="right"/>
        <w:bidi w:val="1"/>
      </w:pPr>
      <w:r>
        <w:rPr>
          <w:b/>
        </w:rPr>
        <w:t>CTA: شوف تفاصيل الفرصة</w:t>
      </w:r>
    </w:p>
    <w:p>
      <w:r>
        <w:rPr>
          <w:rFonts w:ascii="Aptos" w:hAnsi="Aptos" w:eastAsia="Aptos" w:cs="Aptos"/>
          <w:b w:val="0"/>
          <w:color w:val="7352C7"/>
          <w:sz w:val="16"/>
        </w:rPr>
        <w:t>Note production : contenu dynamique. La version finale doit être alimentée par les données réelles disponibles au moment de la publication.</w:t>
      </w:r>
    </w:p>
    <w:p>
      <w:r>
        <w:br w:type="page"/>
      </w:r>
    </w:p>
    <w:p>
      <w:pPr>
        <w:pStyle w:val="Heading1"/>
      </w:pPr>
      <w:r>
        <w:t>29 — EQ-2026-1019-29</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19/10/2026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Cédant</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Awareness</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Transmissibilité</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Carrousel</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Votre entreprise pourrait-elle fonctionner 30 jours sans vous ?</w:t>
            </w:r>
          </w:p>
        </w:tc>
      </w:tr>
    </w:tbl>
    <w:p/>
    <w:p>
      <w:pPr>
        <w:pStyle w:val="ArabicTitle"/>
        <w:jc w:val="right"/>
        <w:bidi w:val="1"/>
      </w:pPr>
      <w:r>
        <w:t>واش الشركة ديالك تقدر تخدم 30 يوم بلا بيك؟</w:t>
      </w:r>
    </w:p>
    <w:p>
      <w:pPr>
        <w:pStyle w:val="ArabicBody"/>
        <w:jc w:val="right"/>
        <w:bidi w:val="1"/>
      </w:pPr>
      <w:r>
        <w:t>هاد السؤال بسيط ولكن مهم بزاف قبل أي تفويت.</w:t>
      </w:r>
    </w:p>
    <w:p>
      <w:pPr>
        <w:pStyle w:val="ArabicBody"/>
        <w:jc w:val="right"/>
        <w:bidi w:val="1"/>
      </w:pPr>
      <w:r>
        <w:t>إلى كل قرار، زبون، paiement أو مشكلة خاصها تمر عبر المالك، المشتري غادي يشوف مخاطرة انتقال أكبر.</w:t>
      </w:r>
    </w:p>
    <w:p>
      <w:pPr>
        <w:pStyle w:val="ArabicBody"/>
        <w:jc w:val="right"/>
        <w:bidi w:val="1"/>
      </w:pPr>
      <w:r>
        <w:t>الاستقلالية كتتحسن ملي الأدوار واضحة، العمليات موثقة، الفريق قادر يتصرف، والعلاقات مع الزبناء والموردين ماشي مربوطة بشخص واحد.</w:t>
      </w:r>
    </w:p>
    <w:p>
      <w:pPr>
        <w:pStyle w:val="ArabicBody"/>
        <w:jc w:val="right"/>
        <w:bidi w:val="1"/>
      </w:pPr>
      <w:r>
        <w:t>ماشي ضروري الشركة تكون مستقلة 100% قبل البيع، ولكن معرفة التبعيات وتخفيفها كتخلي الملف أوضح وأسهل فالانتقال.</w:t>
      </w:r>
    </w:p>
    <w:p>
      <w:pPr>
        <w:pStyle w:val="ArabicBody"/>
        <w:jc w:val="right"/>
        <w:bidi w:val="1"/>
      </w:pPr>
      <w:r>
        <w:t>جرب 30 يوم كاختبار ذهني: شنو غادي يوقف إلا ما كنتش حاضر؟</w:t>
      </w:r>
    </w:p>
    <w:p>
      <w:pPr>
        <w:pStyle w:val="ArabicBody"/>
        <w:jc w:val="right"/>
        <w:bidi w:val="1"/>
      </w:pPr>
      <w:r>
        <w:rPr>
          <w:b/>
        </w:rPr>
        <w:t>CTA: وجد الشركة للمرحلة اللي من بعدك</w:t>
      </w:r>
    </w:p>
    <w:p>
      <w:r>
        <w:br w:type="page"/>
      </w:r>
    </w:p>
    <w:p>
      <w:pPr>
        <w:pStyle w:val="Heading1"/>
      </w:pPr>
      <w:r>
        <w:t>30 — EQ-2026-1021-30</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21/10/2026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Cédant</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Education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Pédagogie cession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Carrousel</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5 raisons pour lesquelles une cession peut se compliquer</w:t>
            </w:r>
          </w:p>
        </w:tc>
      </w:tr>
    </w:tbl>
    <w:p/>
    <w:p>
      <w:pPr>
        <w:pStyle w:val="ArabicTitle"/>
        <w:jc w:val="right"/>
        <w:bidi w:val="1"/>
      </w:pPr>
      <w:r>
        <w:t>5 أسباب كيقدرو يعقدو عملية تفويت الشركة</w:t>
      </w:r>
    </w:p>
    <w:p>
      <w:pPr>
        <w:pStyle w:val="ArabicBody"/>
        <w:jc w:val="right"/>
        <w:bidi w:val="1"/>
      </w:pPr>
      <w:r>
        <w:t>عملية التفويت تقدر تتعطل حتى إلى كان كاين اهتمام حقيقي.</w:t>
      </w:r>
    </w:p>
    <w:p>
      <w:pPr>
        <w:pStyle w:val="ArabicBody"/>
        <w:jc w:val="right"/>
        <w:bidi w:val="1"/>
      </w:pPr>
      <w:r>
        <w:t>أسباب شائعة: أرقام غير واضحة، وثائق ناقصة، اختلاف كبير على القيمة، اعتماد قوي على المالك أو زبون واحد، أو شروط سرية وتواصل ماشي منظمة.</w:t>
      </w:r>
    </w:p>
    <w:p>
      <w:pPr>
        <w:pStyle w:val="ArabicBody"/>
        <w:jc w:val="right"/>
        <w:bidi w:val="1"/>
      </w:pPr>
      <w:r>
        <w:t>حتى التأخر فالردود أو تغيير المعلومات وسط المسار يقدر يضعف الثقة.</w:t>
      </w:r>
    </w:p>
    <w:p>
      <w:pPr>
        <w:pStyle w:val="ArabicBody"/>
        <w:jc w:val="right"/>
        <w:bidi w:val="1"/>
      </w:pPr>
      <w:r>
        <w:t>التحضير ما كيضمنش الصفقة، ولكن كيقلل المفاجآت وكيخلي النقاش مبني على معلومات أوضح.</w:t>
      </w:r>
    </w:p>
    <w:p>
      <w:pPr>
        <w:pStyle w:val="ArabicBody"/>
        <w:jc w:val="right"/>
        <w:bidi w:val="1"/>
      </w:pPr>
      <w:r>
        <w:t>قبل ما تقلب على المشتري، حاول تحيد أكبر عدد ممكن من نقاط الاحتكاك.</w:t>
      </w:r>
    </w:p>
    <w:p>
      <w:pPr>
        <w:pStyle w:val="ArabicBody"/>
        <w:jc w:val="right"/>
        <w:bidi w:val="1"/>
      </w:pPr>
      <w:r>
        <w:rPr>
          <w:b/>
        </w:rPr>
        <w:t>CTA: حضّر ملف التفويت</w:t>
      </w:r>
    </w:p>
    <w:p>
      <w:r>
        <w:br w:type="page"/>
      </w:r>
    </w:p>
    <w:p>
      <w:pPr>
        <w:pStyle w:val="Heading1"/>
      </w:pPr>
      <w:r>
        <w:t>31 — EQ-2026-1022-31</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22/10/2026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Cédant</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Consideration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Produit / IA</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Démo</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B</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À quoi sert le Diagnostic Valorisation 360° ?</w:t>
            </w:r>
          </w:p>
        </w:tc>
      </w:tr>
    </w:tbl>
    <w:p/>
    <w:p>
      <w:pPr>
        <w:pStyle w:val="ArabicTitle"/>
        <w:jc w:val="right"/>
        <w:bidi w:val="1"/>
      </w:pPr>
      <w:r>
        <w:t>Diagnostic Valorisation 360°: شنو الدور ديالو؟</w:t>
      </w:r>
    </w:p>
    <w:p>
      <w:pPr>
        <w:pStyle w:val="ArabicBody"/>
        <w:jc w:val="right"/>
        <w:bidi w:val="1"/>
      </w:pPr>
      <w:r>
        <w:t>Diagnostic Valorisation 360° هو أداة تحليل بالذكاء الاصطناعي كتساعد البائع يشوف الملف ديالو من عدة زوايا.</w:t>
      </w:r>
    </w:p>
    <w:p>
      <w:pPr>
        <w:pStyle w:val="ArabicBody"/>
        <w:jc w:val="right"/>
        <w:bidi w:val="1"/>
      </w:pPr>
      <w:r>
        <w:t>يمكن يعطي ملاحظات على نقاط القوة، نقاط الانتباه، البروفايل المحتمل للمشتري وبعض أفكار تحسين تقديم المشروع.</w:t>
      </w:r>
    </w:p>
    <w:p>
      <w:pPr>
        <w:pStyle w:val="ArabicBody"/>
        <w:jc w:val="right"/>
        <w:bidi w:val="1"/>
      </w:pPr>
      <w:r>
        <w:t>مهم: هاد التشخيص ماشي badge Vérifié ولا Expertisé، وماشي valuation certifiée أو audit مالي.</w:t>
      </w:r>
    </w:p>
    <w:p>
      <w:pPr>
        <w:pStyle w:val="ArabicBody"/>
        <w:jc w:val="right"/>
        <w:bidi w:val="1"/>
      </w:pPr>
      <w:r>
        <w:t>اعتبرو أداة تحضير ومساعدة على التفكير، والنتيجة خاصها تتقرا فالسياق ومع المعلومات الحقيقية ديال الشركة.</w:t>
      </w:r>
    </w:p>
    <w:p>
      <w:pPr>
        <w:pStyle w:val="ArabicBody"/>
        <w:jc w:val="right"/>
        <w:bidi w:val="1"/>
      </w:pPr>
      <w:r>
        <w:rPr>
          <w:b/>
        </w:rPr>
        <w:t>CTA: اكتشف Diagnostic 360°</w:t>
      </w:r>
    </w:p>
    <w:p>
      <w:r>
        <w:br w:type="page"/>
      </w:r>
    </w:p>
    <w:p>
      <w:pPr>
        <w:pStyle w:val="Heading1"/>
      </w:pPr>
      <w:r>
        <w:t>32 — EQ-2026-1024-32</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24/10/2026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Cédant</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Acquisition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Checklist</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Lead magnet / carrousel</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Votre entreprise est-elle prête à être transmise ?</w:t>
            </w:r>
          </w:p>
        </w:tc>
      </w:tr>
    </w:tbl>
    <w:p/>
    <w:p>
      <w:pPr>
        <w:pStyle w:val="ArabicTitle"/>
        <w:jc w:val="right"/>
        <w:bidi w:val="1"/>
      </w:pPr>
      <w:r>
        <w:t>واش الشركة ديالك واجدة للتفويت؟</w:t>
      </w:r>
    </w:p>
    <w:p>
      <w:pPr>
        <w:pStyle w:val="ArabicBody"/>
        <w:jc w:val="right"/>
        <w:bidi w:val="1"/>
      </w:pPr>
      <w:r>
        <w:t>قبل ما تنشر، دير check سريع على الملف ديالك.</w:t>
      </w:r>
    </w:p>
    <w:p>
      <w:pPr>
        <w:pStyle w:val="ArabicBody"/>
        <w:jc w:val="right"/>
        <w:bidi w:val="1"/>
      </w:pPr>
      <w:r>
        <w:t>واش الأرقام واضحة؟ العقود المهمة مجمعة؟ الأدوار داخل الفريق مفهومة؟ الأسباب ديال التفويت قابلة للشرح؟ المعلومات الحساسة محددة؟ الوثائق اللي ممكن يطلبها المشتري معروفة؟</w:t>
      </w:r>
    </w:p>
    <w:p>
      <w:pPr>
        <w:pStyle w:val="ArabicBody"/>
        <w:jc w:val="right"/>
        <w:bidi w:val="1"/>
      </w:pPr>
      <w:r>
        <w:t>واش عندك تصور على المشتري المناسب وعلى المرحلة الانتقالية من بعد الصفقة؟</w:t>
      </w:r>
    </w:p>
    <w:p>
      <w:pPr>
        <w:pStyle w:val="ArabicBody"/>
        <w:jc w:val="right"/>
        <w:bidi w:val="1"/>
      </w:pPr>
      <w:r>
        <w:t>هاد checklist ما كتقولش باللي الشركة غادي تتباع، ولكن كتعاونك تعرف شنو خاصو يتحضر قبل دخول السوق.</w:t>
      </w:r>
    </w:p>
    <w:p>
      <w:pPr>
        <w:pStyle w:val="ArabicBody"/>
        <w:jc w:val="right"/>
        <w:bidi w:val="1"/>
      </w:pPr>
      <w:r>
        <w:t>كل نقطة كتوضحها بكري كتقدر توفر وقت فالمراحل المتقدمة.</w:t>
      </w:r>
    </w:p>
    <w:p>
      <w:pPr>
        <w:pStyle w:val="ArabicBody"/>
        <w:jc w:val="right"/>
        <w:bidi w:val="1"/>
      </w:pPr>
      <w:r>
        <w:rPr>
          <w:b/>
        </w:rPr>
        <w:t>CTA: دير checklist ديال التفويت</w:t>
      </w:r>
    </w:p>
    <w:p>
      <w:r>
        <w:br w:type="page"/>
      </w:r>
    </w:p>
    <w:p>
      <w:pPr>
        <w:pStyle w:val="Heading1"/>
      </w:pPr>
      <w:r>
        <w:t>33 — EQ-2026-1026-33</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26/10/2026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Tous</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Consideration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Produit / parcours</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Carrousel timeline</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Du premier contact à la lettre d’intention : les étapes d’une transaction</w:t>
            </w:r>
          </w:p>
        </w:tc>
      </w:tr>
    </w:tbl>
    <w:p/>
    <w:p>
      <w:pPr>
        <w:pStyle w:val="ArabicTitle"/>
        <w:jc w:val="right"/>
        <w:bidi w:val="1"/>
      </w:pPr>
      <w:r>
        <w:t>من أول تواصل حتى LOI: كيفاش كيتقدم مسار الصفقة؟</w:t>
      </w:r>
    </w:p>
    <w:p>
      <w:pPr>
        <w:pStyle w:val="ArabicBody"/>
        <w:jc w:val="right"/>
        <w:bidi w:val="1"/>
      </w:pPr>
      <w:r>
        <w:t>الصفقة ما كتوقعش فخطوة وحدة. كتتقدم عبر مراحل وكل مرحلة كتجاوب على سؤال مختلف.</w:t>
      </w:r>
    </w:p>
    <w:p>
      <w:pPr>
        <w:pStyle w:val="ArabicBody"/>
        <w:jc w:val="right"/>
        <w:bidi w:val="1"/>
      </w:pPr>
      <w:r>
        <w:t>الاكتشاف والتواصل كيعطيو صورة أولى، NDA كيأطر السرية عند الحاجة، Data Room كتسمح بالوثائق، الزيارة ممكنة، ومن بعد كيجي العرض والتفاوض.</w:t>
      </w:r>
    </w:p>
    <w:p>
      <w:pPr>
        <w:pStyle w:val="ArabicBody"/>
        <w:jc w:val="right"/>
        <w:bidi w:val="1"/>
      </w:pPr>
      <w:r>
        <w:t>إلى اتفق الطرفان على عرض، يمكن توليد LOI وتوقيعها إلكترونيا داخل المسار.</w:t>
      </w:r>
    </w:p>
    <w:p>
      <w:pPr>
        <w:pStyle w:val="ArabicBody"/>
        <w:jc w:val="right"/>
        <w:bidi w:val="1"/>
      </w:pPr>
      <w:r>
        <w:t>هاد التدرج كيخلي كل طرف يعرف فين وصل الملف وشنو باقي قبل المراحل النهائية.</w:t>
      </w:r>
    </w:p>
    <w:p>
      <w:pPr>
        <w:pStyle w:val="ArabicBody"/>
        <w:jc w:val="right"/>
        <w:bidi w:val="1"/>
      </w:pPr>
      <w:r>
        <w:t>equirs كتجمع هاد الخطوات فمسار واحد بدل تبقى مشتتة بين إيميلات ورسائل مختلفة.</w:t>
      </w:r>
    </w:p>
    <w:p>
      <w:pPr>
        <w:pStyle w:val="ArabicBody"/>
        <w:jc w:val="right"/>
        <w:bidi w:val="1"/>
      </w:pPr>
      <w:r>
        <w:rPr>
          <w:b/>
        </w:rPr>
        <w:t>CTA: اكتشف المسار الكامل</w:t>
      </w:r>
    </w:p>
    <w:p>
      <w:r>
        <w:br w:type="page"/>
      </w:r>
    </w:p>
    <w:p>
      <w:pPr>
        <w:pStyle w:val="Heading1"/>
      </w:pPr>
      <w:r>
        <w:t>34 — EQ-2026-1028-34</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28/10/2026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Acheteur / cédant</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Education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Négociation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Carrousel</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Pourquoi formaliser une offre plutôt que négocier uniquement par messages ?</w:t>
            </w:r>
          </w:p>
        </w:tc>
      </w:tr>
    </w:tbl>
    <w:p/>
    <w:p>
      <w:pPr>
        <w:pStyle w:val="ArabicTitle"/>
        <w:jc w:val="right"/>
        <w:bidi w:val="1"/>
      </w:pPr>
      <w:r>
        <w:t>علاش عرض رسمي أحسن من تفاوض مبهم فالرسائل؟</w:t>
      </w:r>
    </w:p>
    <w:p>
      <w:pPr>
        <w:pStyle w:val="ArabicBody"/>
        <w:jc w:val="right"/>
        <w:bidi w:val="1"/>
      </w:pPr>
      <w:r>
        <w:t>الرسائل مفيدة باش تبدا النقاش، ولكن ملي كيوصل الموضوع للثمن والشروط، خاص الكلام يولي أوضح.</w:t>
      </w:r>
    </w:p>
    <w:p>
      <w:pPr>
        <w:pStyle w:val="ArabicBody"/>
        <w:jc w:val="right"/>
        <w:bidi w:val="1"/>
      </w:pPr>
      <w:r>
        <w:t>العرض الرسمي كيحدد المبلغ والموقف ديال المشتري بشكل قابل للتتبع. البائع يقدر يقبل، يرفض أو يقدم contre-offre.</w:t>
      </w:r>
    </w:p>
    <w:p>
      <w:pPr>
        <w:pStyle w:val="ArabicBody"/>
        <w:jc w:val="right"/>
        <w:bidi w:val="1"/>
      </w:pPr>
      <w:r>
        <w:t>هاد الشي كيقلل سوء الفهم وكيعطي للطرفين نقطة مرجعية واضحة فالتفاوض.</w:t>
      </w:r>
    </w:p>
    <w:p>
      <w:pPr>
        <w:pStyle w:val="ArabicBody"/>
        <w:jc w:val="right"/>
        <w:bidi w:val="1"/>
      </w:pPr>
      <w:r>
        <w:t>من بعد قبول العرض، يمكن الانتقال لـLOI حسب المسار. التنظيم ما كيلغيش التفاوض، كيجعلو أكثر وضوحا.</w:t>
      </w:r>
    </w:p>
    <w:p>
      <w:pPr>
        <w:pStyle w:val="ArabicBody"/>
        <w:jc w:val="right"/>
        <w:bidi w:val="1"/>
      </w:pPr>
      <w:r>
        <w:rPr>
          <w:b/>
        </w:rPr>
        <w:t>CTA: اكتشف طريقة العروض على equirs</w:t>
      </w:r>
    </w:p>
    <w:p>
      <w:r>
        <w:br w:type="page"/>
      </w:r>
    </w:p>
    <w:p>
      <w:pPr>
        <w:pStyle w:val="Heading1"/>
      </w:pPr>
      <w:r>
        <w:t>35 — EQ-2026-1029-35</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29/10/2026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Acheteur</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Consideration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Due diligence</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Reel</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B</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Due Diligence Express : quand approfondir la vérification d’un dossier ?</w:t>
            </w:r>
          </w:p>
        </w:tc>
      </w:tr>
    </w:tbl>
    <w:p/>
    <w:p>
      <w:pPr>
        <w:pStyle w:val="ArabicTitle"/>
        <w:jc w:val="right"/>
        <w:bidi w:val="1"/>
      </w:pPr>
      <w:r>
        <w:t>Due Diligence Express: إمتى خاصك تعمق التحقق؟</w:t>
      </w:r>
    </w:p>
    <w:p>
      <w:pPr>
        <w:pStyle w:val="ArabicBody"/>
        <w:jc w:val="right"/>
        <w:bidi w:val="1"/>
      </w:pPr>
      <w:r>
        <w:t>ملي الفرصة كتولي جدية، المشتري كيحتاج يتحقق أكثر من بعض الوثائق والمعلومات قبل ما يزيد فالالتزام.</w:t>
      </w:r>
    </w:p>
    <w:p>
      <w:pPr>
        <w:pStyle w:val="ArabicBody"/>
        <w:jc w:val="right"/>
        <w:bidi w:val="1"/>
      </w:pPr>
      <w:r>
        <w:t>Due Diligence Express هي خدمة تحقق وثائقي مسرعة عبر cabinet partenaire حسب العرض المتاح وقت الطلب.</w:t>
      </w:r>
    </w:p>
    <w:p>
      <w:pPr>
        <w:pStyle w:val="ArabicBody"/>
        <w:jc w:val="right"/>
        <w:bidi w:val="1"/>
      </w:pPr>
      <w:r>
        <w:t>هي ما كتغطيش بالضرورة جميع جوانب due diligence الشاملة، وما كتبدلش الاستشارة القانونية أو المالية الخاصة بالصفقة.</w:t>
      </w:r>
    </w:p>
    <w:p>
      <w:pPr>
        <w:pStyle w:val="ArabicBody"/>
        <w:jc w:val="right"/>
        <w:bidi w:val="1"/>
      </w:pPr>
      <w:r>
        <w:t>استعملها كطبقة إضافية للتحقق ملي الملف يستاهل دراسة أعمق، وديما راجع نطاق الخدمة والتسعيرة الحالية قبل التواصل عليها.</w:t>
      </w:r>
    </w:p>
    <w:p>
      <w:pPr>
        <w:pStyle w:val="ArabicBody"/>
        <w:jc w:val="right"/>
        <w:bidi w:val="1"/>
      </w:pPr>
      <w:r>
        <w:rPr>
          <w:b/>
        </w:rPr>
        <w:t>CTA: اكتشف Due Diligence Express</w:t>
      </w:r>
    </w:p>
    <w:p>
      <w:r>
        <w:br w:type="page"/>
      </w:r>
    </w:p>
    <w:p>
      <w:pPr>
        <w:pStyle w:val="Heading1"/>
      </w:pPr>
      <w:r>
        <w:t>36 — EQ-2026-1031-36</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31/10/2026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Acheteur</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Conversion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Opportunités</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Deal Card</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B</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Opportunité de la semaine — angle parcours</w:t>
            </w:r>
          </w:p>
        </w:tc>
      </w:tr>
    </w:tbl>
    <w:p/>
    <w:p>
      <w:pPr>
        <w:pStyle w:val="ArabicTitle"/>
        <w:jc w:val="right"/>
        <w:bidi w:val="1"/>
      </w:pPr>
      <w:r>
        <w:t>فرصة الأسبوع — زاوية المسار</w:t>
      </w:r>
    </w:p>
    <w:p>
      <w:pPr>
        <w:pStyle w:val="ArabicBody"/>
        <w:jc w:val="right"/>
        <w:bidi w:val="1"/>
      </w:pPr>
      <w:r>
        <w:t>[العنوان العمومي] • [الفئة] • [المدينة]</w:t>
      </w:r>
    </w:p>
    <w:p>
      <w:pPr>
        <w:pStyle w:val="ArabicBody"/>
        <w:jc w:val="right"/>
        <w:bidi w:val="1"/>
      </w:pPr>
      <w:r>
        <w:t>[ملخص عمومي]</w:t>
      </w:r>
    </w:p>
    <w:p>
      <w:pPr>
        <w:pStyle w:val="ArabicBody"/>
        <w:jc w:val="right"/>
        <w:bidi w:val="1"/>
      </w:pPr>
      <w:r>
        <w:t>فين وصل الملف؟ [Standard / Vérifié / Expertisé / مرحلة أخرى مسموح بها]</w:t>
      </w:r>
    </w:p>
    <w:p>
      <w:pPr>
        <w:pStyle w:val="ArabicBody"/>
        <w:jc w:val="right"/>
        <w:bidi w:val="1"/>
      </w:pPr>
      <w:r>
        <w:t>شنو متاح دابا؟ [fiche / NDA / Data Room / visite / offre — حسب الحالة الحقيقية]</w:t>
      </w:r>
    </w:p>
    <w:p>
      <w:pPr>
        <w:pStyle w:val="ArabicBody"/>
        <w:jc w:val="right"/>
        <w:bidi w:val="1"/>
      </w:pPr>
      <w:r>
        <w:t>اكتشف المشروع وتقدم فالخطوات المناسبة بدون نشر أي معلومة سرية.</w:t>
      </w:r>
    </w:p>
    <w:p>
      <w:pPr>
        <w:pStyle w:val="ArabicBody"/>
        <w:jc w:val="right"/>
        <w:bidi w:val="1"/>
      </w:pPr>
      <w:r>
        <w:rPr>
          <w:b/>
        </w:rPr>
        <w:t>CTA: تصفح الفرصة</w:t>
      </w:r>
    </w:p>
    <w:p>
      <w:r>
        <w:rPr>
          <w:rFonts w:ascii="Aptos" w:hAnsi="Aptos" w:eastAsia="Aptos" w:cs="Aptos"/>
          <w:b w:val="0"/>
          <w:color w:val="7352C7"/>
          <w:sz w:val="16"/>
        </w:rPr>
        <w:t>Note production : contenu dynamique. La version finale doit être alimentée par les données réelles disponibles au moment de la publication.</w:t>
      </w:r>
    </w:p>
    <w:p>
      <w:r>
        <w:br w:type="page"/>
      </w:r>
    </w:p>
    <w:p>
      <w:pPr>
        <w:pStyle w:val="Heading1"/>
      </w:pPr>
      <w:r>
        <w:t>37 — EQ-2026-1102-37</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02/11/2026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Cédant</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Consideration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Confidentialité</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Post storytelling</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 Je ne veux pas que mes salariés sachent que je prépare une cession. »</w:t>
            </w:r>
          </w:p>
        </w:tc>
      </w:tr>
    </w:tbl>
    <w:p/>
    <w:p>
      <w:pPr>
        <w:pStyle w:val="ArabicTitle"/>
        <w:jc w:val="right"/>
        <w:bidi w:val="1"/>
      </w:pPr>
      <w:r>
        <w:t>«ما بغيتش المستخدمين ديالي يعرفو باللي كنوجد لتفويت الشركة.»</w:t>
      </w:r>
    </w:p>
    <w:p>
      <w:pPr>
        <w:pStyle w:val="ArabicBody"/>
        <w:jc w:val="right"/>
        <w:bidi w:val="1"/>
      </w:pPr>
      <w:r>
        <w:t>هاد التخوف طبيعي فعدد كبير من عمليات التفويت: الإعلان المبكر يقدر يخلق قلق عند الفريق، الزبناء أو الموردين.</w:t>
      </w:r>
    </w:p>
    <w:p>
      <w:pPr>
        <w:pStyle w:val="ArabicBody"/>
        <w:jc w:val="right"/>
        <w:bidi w:val="1"/>
      </w:pPr>
      <w:r>
        <w:t>الحل ماشي هو ما تحضرش. الحل هو تتحكم فالمعلومات اللي كتشارك وفالمراحل ديال الولوج.</w:t>
      </w:r>
    </w:p>
    <w:p>
      <w:pPr>
        <w:pStyle w:val="ArabicBody"/>
        <w:jc w:val="right"/>
        <w:bidi w:val="1"/>
      </w:pPr>
      <w:r>
        <w:t>على equirs، العرض العمومي محدود، بعض المعطيات تقدر تبقى مخفية، NDA يقدر يأطر المعلومات الحساسة، والوثائق كتشارك داخل Data Room بموافقة البائع.</w:t>
      </w:r>
    </w:p>
    <w:p>
      <w:pPr>
        <w:pStyle w:val="ArabicBody"/>
        <w:jc w:val="right"/>
        <w:bidi w:val="1"/>
      </w:pPr>
      <w:r>
        <w:t>حتى التواصل المباشر ما كيحتاجش كشف رقم الهاتف أو الإيميل.</w:t>
      </w:r>
    </w:p>
    <w:p>
      <w:pPr>
        <w:pStyle w:val="ArabicBody"/>
        <w:jc w:val="right"/>
        <w:bidi w:val="1"/>
      </w:pPr>
      <w:r>
        <w:t>السرية الجيدة كتسمح لك تتحرك بدون ما تفقد السيطرة على المعلومة.</w:t>
      </w:r>
    </w:p>
    <w:p>
      <w:pPr>
        <w:pStyle w:val="ArabicBody"/>
        <w:jc w:val="right"/>
        <w:bidi w:val="1"/>
      </w:pPr>
      <w:r>
        <w:rPr>
          <w:b/>
        </w:rPr>
        <w:t>CTA: اكتشف كيفاش كتخدم السرية</w:t>
      </w:r>
    </w:p>
    <w:p>
      <w:r>
        <w:br w:type="page"/>
      </w:r>
    </w:p>
    <w:p>
      <w:pPr>
        <w:pStyle w:val="Heading1"/>
      </w:pPr>
      <w:r>
        <w:t>38 — EQ-2026-1104-38</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04/11/2026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Cédant</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Consideration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Confidentialité</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FAQ carrousel</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Mon téléphone sera-t-il visible par les acheteurs ?</w:t>
            </w:r>
          </w:p>
        </w:tc>
      </w:tr>
    </w:tbl>
    <w:p/>
    <w:p>
      <w:pPr>
        <w:pStyle w:val="ArabicTitle"/>
        <w:jc w:val="right"/>
        <w:bidi w:val="1"/>
      </w:pPr>
      <w:r>
        <w:t>واش رقم الهاتف ديالي غادي يبان للمشترين؟</w:t>
      </w:r>
    </w:p>
    <w:p>
      <w:pPr>
        <w:pStyle w:val="ArabicBody"/>
        <w:jc w:val="right"/>
        <w:bidi w:val="1"/>
      </w:pPr>
      <w:r>
        <w:t>لا، حسب طريقة عمل equirs، coordonnées المباشرة ديال البائع ما كتتعطاش للمشترين.</w:t>
      </w:r>
    </w:p>
    <w:p>
      <w:pPr>
        <w:pStyle w:val="ArabicBody"/>
        <w:jc w:val="right"/>
        <w:bidi w:val="1"/>
      </w:pPr>
      <w:r>
        <w:t>التواصل كيدوز عبر messagerie الداخلية ديال المنصة، حتى ملي المستخدم كيكون عندو ولوج لمعلومات أكثر على المشروع.</w:t>
      </w:r>
    </w:p>
    <w:p>
      <w:pPr>
        <w:pStyle w:val="ArabicBody"/>
        <w:jc w:val="right"/>
        <w:bidi w:val="1"/>
      </w:pPr>
      <w:r>
        <w:t>هاد المبدأ كيساعد يقلل التواصل العشوائي ويحافظ على مسار منظم داخل المنصة.</w:t>
      </w:r>
    </w:p>
    <w:p>
      <w:pPr>
        <w:pStyle w:val="ArabicBody"/>
        <w:jc w:val="right"/>
        <w:bidi w:val="1"/>
      </w:pPr>
      <w:r>
        <w:t>المعلومات على المشروع كتفتح تدريجيا، ولكن الهاتف والإيميل ماشي هما المفتاح للوصول للملف.</w:t>
      </w:r>
    </w:p>
    <w:p>
      <w:pPr>
        <w:pStyle w:val="ArabicBody"/>
        <w:jc w:val="right"/>
        <w:bidi w:val="1"/>
      </w:pPr>
      <w:r>
        <w:rPr>
          <w:b/>
        </w:rPr>
        <w:t>CTA: تعرف أكثر على حماية المعطيات</w:t>
      </w:r>
    </w:p>
    <w:p>
      <w:r>
        <w:br w:type="page"/>
      </w:r>
    </w:p>
    <w:p>
      <w:pPr>
        <w:pStyle w:val="Heading1"/>
      </w:pPr>
      <w:r>
        <w:t>39 — EQ-2026-1105-39</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05/11/2026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Cédant</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Conversion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Tarifs produit</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Pricing card</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B</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Combien coûte la publication d’une entreprise sur equirs ?</w:t>
            </w:r>
          </w:p>
        </w:tc>
      </w:tr>
    </w:tbl>
    <w:p/>
    <w:p>
      <w:pPr>
        <w:pStyle w:val="ArabicTitle"/>
        <w:jc w:val="right"/>
        <w:bidi w:val="1"/>
      </w:pPr>
      <w:r>
        <w:t>شحال كتكلف نشر شركة على equirs؟</w:t>
      </w:r>
    </w:p>
    <w:p>
      <w:pPr>
        <w:pStyle w:val="ArabicBody"/>
        <w:jc w:val="right"/>
        <w:bidi w:val="1"/>
      </w:pPr>
      <w:r>
        <w:t>التسعيرة خاصها ديما تتراجع مباشرة قبل النشر لأنها تقدر تتبدل.</w:t>
      </w:r>
    </w:p>
    <w:p>
      <w:pPr>
        <w:pStyle w:val="ArabicBody"/>
        <w:jc w:val="right"/>
        <w:bidi w:val="1"/>
      </w:pPr>
      <w:r>
        <w:t>حسب grille المؤرخة 29/08/2026، publication de l’annonce كانت محددة فـ1 200 MAD HT لمدة 90 يوم، مع خدمات إضافية مستقلة بحال NDA، vérification، diagnostic، boost أو audit.</w:t>
      </w:r>
    </w:p>
    <w:p>
      <w:pPr>
        <w:pStyle w:val="ArabicBody"/>
        <w:jc w:val="right"/>
        <w:bidi w:val="1"/>
      </w:pPr>
      <w:r>
        <w:t>ما خاصناش نقدمو الرسالة على أن كلشي مجاني حتى البيع. كاينين خدمات كتخلص عند الطلب، وsuccess fee منفصلة كتستحق عند إتمام الصفقة.</w:t>
      </w:r>
    </w:p>
    <w:p>
      <w:pPr>
        <w:pStyle w:val="ArabicBody"/>
        <w:jc w:val="right"/>
        <w:bidi w:val="1"/>
      </w:pPr>
      <w:r>
        <w:t>قبل أي منشور pricing، النظام خاصو يجيب السعر الحالي من source produit ويعرض HT بوضوح مع TVA حسب الأداء.</w:t>
      </w:r>
    </w:p>
    <w:p>
      <w:pPr>
        <w:pStyle w:val="ArabicBody"/>
        <w:jc w:val="right"/>
        <w:bidi w:val="1"/>
      </w:pPr>
      <w:r>
        <w:rPr>
          <w:b/>
        </w:rPr>
        <w:t>CTA: شوف التسعيرة الحالية</w:t>
      </w:r>
    </w:p>
    <w:p>
      <w:r>
        <w:br w:type="page"/>
      </w:r>
    </w:p>
    <w:p>
      <w:pPr>
        <w:pStyle w:val="Heading1"/>
      </w:pPr>
      <w:r>
        <w:t>40 — EQ-2026-1107-40</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07/11/2026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Cédant</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Conversion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Modèle économique</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Carrousel comparatif</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B</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Services payants et success fee : quelle différence ?</w:t>
            </w:r>
          </w:p>
        </w:tc>
      </w:tr>
    </w:tbl>
    <w:p/>
    <w:p>
      <w:pPr>
        <w:pStyle w:val="ArabicTitle"/>
        <w:jc w:val="right"/>
        <w:bidi w:val="1"/>
      </w:pPr>
      <w:r>
        <w:t>الخدمات المدفوعة وsuccess fee: شنو الفرق؟</w:t>
      </w:r>
    </w:p>
    <w:p>
      <w:pPr>
        <w:pStyle w:val="ArabicBody"/>
        <w:jc w:val="right"/>
        <w:bidi w:val="1"/>
      </w:pPr>
      <w:r>
        <w:t>كاين فرق بين الخدمات اللي كتطلبها خلال التحضير والمسار، وبين عمولة النجاح المرتبطة بإتمام الصفقة.</w:t>
      </w:r>
    </w:p>
    <w:p>
      <w:pPr>
        <w:pStyle w:val="ArabicBody"/>
        <w:jc w:val="right"/>
        <w:bidi w:val="1"/>
      </w:pPr>
      <w:r>
        <w:t>خدمات بحال publication، vérification، audit، boost أو خدمات أخرى كتكون عندها تسعيرة عند الطلب حسب العرض الحالي.</w:t>
      </w:r>
    </w:p>
    <w:p>
      <w:pPr>
        <w:pStyle w:val="ArabicBody"/>
        <w:jc w:val="right"/>
        <w:bidi w:val="1"/>
      </w:pPr>
      <w:r>
        <w:t>أما success fee فكتكون مرتبطة بإتمام الصفقة فعليا حسب barème المعمول به وقتها.</w:t>
      </w:r>
    </w:p>
    <w:p>
      <w:pPr>
        <w:pStyle w:val="ArabicBody"/>
        <w:jc w:val="right"/>
        <w:bidi w:val="1"/>
      </w:pPr>
      <w:r>
        <w:t>لهذا ماشي صحيح نقولو «مجاني حتى البيع». الرسالة الصحيحة هي أن عمولة النجاح مرتبطة بالنتيجة، بينما خدمات أخرى كتخلص بشكل مستقل.</w:t>
      </w:r>
    </w:p>
    <w:p>
      <w:pPr>
        <w:pStyle w:val="ArabicBody"/>
        <w:jc w:val="right"/>
        <w:bidi w:val="1"/>
      </w:pPr>
      <w:r>
        <w:t>أي أرقام أو barèmes خاصها مراجعة قبل النشر.</w:t>
      </w:r>
    </w:p>
    <w:p>
      <w:pPr>
        <w:pStyle w:val="ArabicBody"/>
        <w:jc w:val="right"/>
        <w:bidi w:val="1"/>
      </w:pPr>
      <w:r>
        <w:rPr>
          <w:b/>
        </w:rPr>
        <w:t>CTA: شوف نموذج التسعير</w:t>
      </w:r>
    </w:p>
    <w:p>
      <w:r>
        <w:br w:type="page"/>
      </w:r>
    </w:p>
    <w:p>
      <w:pPr>
        <w:pStyle w:val="Heading1"/>
      </w:pPr>
      <w:r>
        <w:t>41 — EQ-2026-1109-41</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09/11/2026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Entrepreneur</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Awareness</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Recherche d’associé</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Carrousel</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Le meilleur associé n’est pas nécessairement celui qui vous ressemble.</w:t>
            </w:r>
          </w:p>
        </w:tc>
      </w:tr>
    </w:tbl>
    <w:p/>
    <w:p>
      <w:pPr>
        <w:pStyle w:val="ArabicTitle"/>
        <w:jc w:val="right"/>
        <w:bidi w:val="1"/>
      </w:pPr>
      <w:r>
        <w:t>أحسن شريك ماشي بالضرورة هو اللي كيشبه ليك.</w:t>
      </w:r>
    </w:p>
    <w:p>
      <w:pPr>
        <w:pStyle w:val="ArabicBody"/>
        <w:jc w:val="right"/>
        <w:bidi w:val="1"/>
      </w:pPr>
      <w:r>
        <w:t>إلى كان عندكم نفس نقاط القوة ونفس النواقص، الشراكة تقدر ما تضيفش التكامل اللي محتاجو المشروع.</w:t>
      </w:r>
    </w:p>
    <w:p>
      <w:pPr>
        <w:pStyle w:val="ArabicBody"/>
        <w:jc w:val="right"/>
        <w:bidi w:val="1"/>
      </w:pPr>
      <w:r>
        <w:t>الشريك المناسب يقدر يكون مختلف عليك فالمهارات، التجربة، الشبكة أو طريقة التنفيذ، ولكن متوافق معاك فالرؤية والقيم الأساسية.</w:t>
      </w:r>
    </w:p>
    <w:p>
      <w:pPr>
        <w:pStyle w:val="ArabicBody"/>
        <w:jc w:val="right"/>
        <w:bidi w:val="1"/>
      </w:pPr>
      <w:r>
        <w:t>قلب على التكامل: شكون غادي يسد الفراغ التجاري، التقني، التشغيلي أو الإداري؟ وشكون مستعد يكون حاضر فالمشروع بالطريقة المطلوبة؟</w:t>
      </w:r>
    </w:p>
    <w:p>
      <w:pPr>
        <w:pStyle w:val="ArabicBody"/>
        <w:jc w:val="right"/>
        <w:bidi w:val="1"/>
      </w:pPr>
      <w:r>
        <w:t>قبل النسب والـcapital، حللو الأدوار، المسؤوليات واتخاذ القرار.</w:t>
      </w:r>
    </w:p>
    <w:p>
      <w:pPr>
        <w:pStyle w:val="ArabicBody"/>
        <w:jc w:val="right"/>
        <w:bidi w:val="1"/>
      </w:pPr>
      <w:r>
        <w:t>الشراكة القوية ماشي نسخة ثانية منك، بل تركيب أفضل للفريق المؤسس.</w:t>
      </w:r>
    </w:p>
    <w:p>
      <w:pPr>
        <w:pStyle w:val="ArabicBody"/>
        <w:jc w:val="right"/>
        <w:bidi w:val="1"/>
      </w:pPr>
      <w:r>
        <w:rPr>
          <w:b/>
        </w:rPr>
        <w:t>CTA: لقا شريك مكمل لمشروعك</w:t>
      </w:r>
    </w:p>
    <w:p>
      <w:r>
        <w:br w:type="page"/>
      </w:r>
    </w:p>
    <w:p>
      <w:pPr>
        <w:pStyle w:val="Heading1"/>
      </w:pPr>
      <w:r>
        <w:t>42 — EQ-2026-1111-42</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11/11/2026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Entrepreneur</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Education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Recherche d’associé</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Checklist</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5 questions à clarifier avant de chercher un associé</w:t>
            </w:r>
          </w:p>
        </w:tc>
      </w:tr>
    </w:tbl>
    <w:p/>
    <w:p>
      <w:pPr>
        <w:pStyle w:val="ArabicTitle"/>
        <w:jc w:val="right"/>
        <w:bidi w:val="1"/>
      </w:pPr>
      <w:r>
        <w:t>5 أسئلة خاصكم توضحوهوم قبل ما تقلبو على شريك</w:t>
      </w:r>
    </w:p>
    <w:p>
      <w:pPr>
        <w:pStyle w:val="ArabicBody"/>
        <w:jc w:val="right"/>
        <w:bidi w:val="1"/>
      </w:pPr>
      <w:r>
        <w:t>1. شنو الدور الحقيقي ديال الشريك فالمشروع؟</w:t>
      </w:r>
    </w:p>
    <w:p>
      <w:pPr>
        <w:pStyle w:val="ArabicBody"/>
        <w:jc w:val="right"/>
        <w:bidi w:val="1"/>
      </w:pPr>
      <w:r>
        <w:t>2. شنو المهارات أو الموارد اللي ناقصة اليوم؟</w:t>
      </w:r>
    </w:p>
    <w:p>
      <w:pPr>
        <w:pStyle w:val="ArabicBody"/>
        <w:jc w:val="right"/>
        <w:bidi w:val="1"/>
      </w:pPr>
      <w:r>
        <w:t>3. شحال من وقت والتزام عملي مطلوب؟</w:t>
      </w:r>
    </w:p>
    <w:p>
      <w:pPr>
        <w:pStyle w:val="ArabicBody"/>
        <w:jc w:val="right"/>
        <w:bidi w:val="1"/>
      </w:pPr>
      <w:r>
        <w:t>4. كيفاش متصورين توزيع capital والحكامة واتخاذ القرار؟</w:t>
      </w:r>
    </w:p>
    <w:p>
      <w:pPr>
        <w:pStyle w:val="ArabicBody"/>
        <w:jc w:val="right"/>
        <w:bidi w:val="1"/>
      </w:pPr>
      <w:r>
        <w:t>5. شنو التوقعات من كل طرف فـ12 حتى 24 شهر الجايين؟</w:t>
      </w:r>
    </w:p>
    <w:p>
      <w:pPr>
        <w:pStyle w:val="ArabicBody"/>
        <w:jc w:val="right"/>
        <w:bidi w:val="1"/>
      </w:pPr>
      <w:r>
        <w:t>كلما جاوبتو على هاد الأسئلة بكري، كلما البحث كيولي أكثر دقة وكتقل احتمالات سوء الفهم من بعد.</w:t>
      </w:r>
    </w:p>
    <w:p>
      <w:pPr>
        <w:pStyle w:val="ArabicBody"/>
        <w:jc w:val="right"/>
        <w:bidi w:val="1"/>
      </w:pPr>
      <w:r>
        <w:rPr>
          <w:b/>
        </w:rPr>
        <w:t>CTA: وجد البحث على الشريك</w:t>
      </w:r>
    </w:p>
    <w:p>
      <w:r>
        <w:br w:type="page"/>
      </w:r>
    </w:p>
    <w:p>
      <w:pPr>
        <w:pStyle w:val="Heading1"/>
      </w:pPr>
      <w:r>
        <w:t>43 — EQ-2026-1112-43</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12/11/2026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Entrepreneur</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Consideration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Recherche d’associé</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Reel</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Compétences, implication, capital : que recherchez-vous réellement ?</w:t>
            </w:r>
          </w:p>
        </w:tc>
      </w:tr>
    </w:tbl>
    <w:p/>
    <w:p>
      <w:pPr>
        <w:pStyle w:val="ArabicTitle"/>
        <w:jc w:val="right"/>
        <w:bidi w:val="1"/>
      </w:pPr>
      <w:r>
        <w:t>مهارات، التزام، capital: شنو باغي فعلا من الشريك؟</w:t>
      </w:r>
    </w:p>
    <w:p>
      <w:pPr>
        <w:pStyle w:val="ArabicBody"/>
        <w:jc w:val="right"/>
        <w:bidi w:val="1"/>
      </w:pPr>
      <w:r>
        <w:t>قبل ما تقول «كنقلب على شريك»، قسم الحاجة ديالك لثلاثة محاور.</w:t>
      </w:r>
    </w:p>
    <w:p>
      <w:pPr>
        <w:pStyle w:val="ArabicBody"/>
        <w:jc w:val="right"/>
        <w:bidi w:val="1"/>
      </w:pPr>
      <w:r>
        <w:t>المهارات: شنو خاص الشخص يعرف يدير؟ الالتزام: واش full-time، part-time ولا دور محدد؟ capital والموارد: واش كاين احتياج لمساهمة مالية، شبكة، أصول أو موارد أخرى؟</w:t>
      </w:r>
    </w:p>
    <w:p>
      <w:pPr>
        <w:pStyle w:val="ArabicBody"/>
        <w:jc w:val="right"/>
        <w:bidi w:val="1"/>
      </w:pPr>
      <w:r>
        <w:t>من بعد زيد الحكامة: شنو القرار اللي غادي ياخذو، وشنو الحدود والمسؤوليات؟</w:t>
      </w:r>
    </w:p>
    <w:p>
      <w:pPr>
        <w:pStyle w:val="ArabicBody"/>
        <w:jc w:val="right"/>
        <w:bidi w:val="1"/>
      </w:pPr>
      <w:r>
        <w:t>البحث الواضح كيجلب مرشحين أقرب للواقع وكيخلي النقاش من الأول مركز على التكامل بدل التوقعات الغامضة.</w:t>
      </w:r>
    </w:p>
    <w:p>
      <w:pPr>
        <w:pStyle w:val="ArabicBody"/>
        <w:jc w:val="right"/>
        <w:bidi w:val="1"/>
      </w:pPr>
      <w:r>
        <w:rPr>
          <w:b/>
        </w:rPr>
        <w:t>CTA: انشر بحث واضح على شريك</w:t>
      </w:r>
    </w:p>
    <w:p>
      <w:r>
        <w:br w:type="page"/>
      </w:r>
    </w:p>
    <w:p>
      <w:pPr>
        <w:pStyle w:val="Heading1"/>
      </w:pPr>
      <w:r>
        <w:t>44 — EQ-2026-1114-44</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14/11/2026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Entrepreneur</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Conversion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Opportunité associé</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Opportunity Card</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B</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Projet recherchant un associé — modèle dynamique</w:t>
            </w:r>
          </w:p>
        </w:tc>
      </w:tr>
    </w:tbl>
    <w:p/>
    <w:p>
      <w:pPr>
        <w:pStyle w:val="ArabicTitle"/>
        <w:jc w:val="right"/>
        <w:bidi w:val="1"/>
      </w:pPr>
      <w:r>
        <w:t>مشروع كيقلب على شريك — نموذج ديناميكي</w:t>
      </w:r>
    </w:p>
    <w:p>
      <w:pPr>
        <w:pStyle w:val="ArabicBody"/>
        <w:jc w:val="right"/>
        <w:bidi w:val="1"/>
      </w:pPr>
      <w:r>
        <w:t>[العنوان العمومي للمشروع] • [القطاع / المدينة إذا مناسب]</w:t>
      </w:r>
    </w:p>
    <w:p>
      <w:pPr>
        <w:pStyle w:val="ArabicBody"/>
        <w:jc w:val="right"/>
        <w:bidi w:val="1"/>
      </w:pPr>
      <w:r>
        <w:t>[شنو المشروع وشنو وصل ليه حاليا — معلومات عمومية فقط]</w:t>
      </w:r>
    </w:p>
    <w:p>
      <w:pPr>
        <w:pStyle w:val="ArabicBody"/>
        <w:jc w:val="right"/>
        <w:bidi w:val="1"/>
      </w:pPr>
      <w:r>
        <w:t>البروفايل المطلوب: [مهارات] • [مستوى الالتزام] • [الدور المتوقع]</w:t>
      </w:r>
    </w:p>
    <w:p>
      <w:pPr>
        <w:pStyle w:val="ArabicBody"/>
        <w:jc w:val="right"/>
        <w:bidi w:val="1"/>
      </w:pPr>
      <w:r>
        <w:t>[المساهمة فالcapital أو الموارد غير بالطريقة المسموح بها وبدون أي وعد بعائد أو rentabilité]</w:t>
      </w:r>
    </w:p>
    <w:p>
      <w:pPr>
        <w:pStyle w:val="ArabicBody"/>
        <w:jc w:val="right"/>
        <w:bidi w:val="1"/>
      </w:pPr>
      <w:r>
        <w:t>هاد البحث على شريك عملي، وماشي عرض rendement garanti أو levée de fonds passive.</w:t>
      </w:r>
    </w:p>
    <w:p>
      <w:pPr>
        <w:pStyle w:val="ArabicBody"/>
        <w:jc w:val="right"/>
        <w:bidi w:val="1"/>
      </w:pPr>
      <w:r>
        <w:rPr>
          <w:b/>
        </w:rPr>
        <w:t>CTA: شوف المشروع</w:t>
      </w:r>
    </w:p>
    <w:p>
      <w:r>
        <w:rPr>
          <w:rFonts w:ascii="Aptos" w:hAnsi="Aptos" w:eastAsia="Aptos" w:cs="Aptos"/>
          <w:b w:val="0"/>
          <w:color w:val="7352C7"/>
          <w:sz w:val="16"/>
        </w:rPr>
        <w:t>Note production : contenu dynamique. La version finale doit être alimentée par les données réelles disponibles au moment de la publication.</w:t>
      </w:r>
    </w:p>
    <w:p>
      <w:r>
        <w:br w:type="page"/>
      </w:r>
    </w:p>
    <w:p>
      <w:pPr>
        <w:pStyle w:val="Heading1"/>
      </w:pPr>
      <w:r>
        <w:t>45 — EQ-2026-1116-45</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16/11/2026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Tous</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Education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Glossaire transmission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Carrousel</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NDA, LOI, Due Diligence, Data Room : le lexique de la transmission</w:t>
            </w:r>
          </w:p>
        </w:tc>
      </w:tr>
    </w:tbl>
    <w:p/>
    <w:p>
      <w:pPr>
        <w:pStyle w:val="ArabicTitle"/>
        <w:jc w:val="right"/>
        <w:bidi w:val="1"/>
      </w:pPr>
      <w:r>
        <w:t>NDA، LOI، Due Diligence، Data Room: قاموس صغير ديال التفويت</w:t>
      </w:r>
    </w:p>
    <w:p>
      <w:pPr>
        <w:pStyle w:val="ArabicBody"/>
        <w:jc w:val="right"/>
        <w:bidi w:val="1"/>
      </w:pPr>
      <w:r>
        <w:t>NDA: اتفاق سرية كيأطر مشاركة المعلومات الحساسة.</w:t>
      </w:r>
    </w:p>
    <w:p>
      <w:pPr>
        <w:pStyle w:val="ArabicBody"/>
        <w:jc w:val="right"/>
        <w:bidi w:val="1"/>
      </w:pPr>
      <w:r>
        <w:t>Data Room: فضاء منظم لمشاركة الوثائق السرية مع الأشخاص المسموح ليهم.</w:t>
      </w:r>
    </w:p>
    <w:p>
      <w:pPr>
        <w:pStyle w:val="ArabicBody"/>
        <w:jc w:val="right"/>
        <w:bidi w:val="1"/>
      </w:pPr>
      <w:r>
        <w:t>Due Diligence: مرحلة التحقق والتحليل قبل الالتزام النهائي، حسب الجوانب المالية والقانونية والتشغيلية.</w:t>
      </w:r>
    </w:p>
    <w:p>
      <w:pPr>
        <w:pStyle w:val="ArabicBody"/>
        <w:jc w:val="right"/>
        <w:bidi w:val="1"/>
      </w:pPr>
      <w:r>
        <w:t>LOI: Lettre d’intention كتسجل اتفاق مبدئي بين الطرفين قبل العقد النهائي.</w:t>
      </w:r>
    </w:p>
    <w:p>
      <w:pPr>
        <w:pStyle w:val="ArabicBody"/>
        <w:jc w:val="right"/>
        <w:bidi w:val="1"/>
      </w:pPr>
      <w:r>
        <w:t>فهم هاد الكلمات كيخلي مسار التفويت أقل غموضا ويعاون البائع والمشتري يعرفو شنو واقع فكل مرحلة.</w:t>
      </w:r>
    </w:p>
    <w:p>
      <w:pPr>
        <w:pStyle w:val="ArabicBody"/>
        <w:jc w:val="right"/>
        <w:bidi w:val="1"/>
      </w:pPr>
      <w:r>
        <w:rPr>
          <w:b/>
        </w:rPr>
        <w:t>CTA: حفظ هاد القاموس واستعملو</w:t>
      </w:r>
    </w:p>
    <w:p>
      <w:r>
        <w:br w:type="page"/>
      </w:r>
    </w:p>
    <w:p>
      <w:pPr>
        <w:pStyle w:val="Heading1"/>
      </w:pPr>
      <w:r>
        <w:t>46 — EQ-2026-1118-46</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18/11/2026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Acheteur</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Education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Checklist repreneur</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Carrousel</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Checklist : analyser une entreprise avant de formuler une offre</w:t>
            </w:r>
          </w:p>
        </w:tc>
      </w:tr>
    </w:tbl>
    <w:p/>
    <w:p>
      <w:pPr>
        <w:pStyle w:val="ArabicTitle"/>
        <w:jc w:val="right"/>
        <w:bidi w:val="1"/>
      </w:pPr>
      <w:r>
        <w:t>Checklist للمشتري قبل ما يقدم عرض</w:t>
      </w:r>
    </w:p>
    <w:p>
      <w:pPr>
        <w:pStyle w:val="ArabicBody"/>
        <w:jc w:val="right"/>
        <w:bidi w:val="1"/>
      </w:pPr>
      <w:r>
        <w:t>قبل العرض، تأكد أنك فاهم النشاط، مصدر المداخيل، الأرقام الرئيسية وحالتها، سبب التفويت، التبعيات المهمة، والوثائق اللي قدرت تشوف.</w:t>
      </w:r>
    </w:p>
    <w:p>
      <w:pPr>
        <w:pStyle w:val="ArabicBody"/>
        <w:jc w:val="right"/>
        <w:bidi w:val="1"/>
      </w:pPr>
      <w:r>
        <w:t>راجع مستوى الثقة المعروض، والأسئلة اللي مازال ما لقيتيش جواب عليها.</w:t>
      </w:r>
    </w:p>
    <w:p>
      <w:pPr>
        <w:pStyle w:val="ArabicBody"/>
        <w:jc w:val="right"/>
        <w:bidi w:val="1"/>
      </w:pPr>
      <w:r>
        <w:t>فكر فمرحلة الانتقال: شنو خاص المالك الحالي يبقى يدير مؤقتا؟ شكون هم الأشخاص أو العقود الحاسمة؟</w:t>
      </w:r>
    </w:p>
    <w:p>
      <w:pPr>
        <w:pStyle w:val="ArabicBody"/>
        <w:jc w:val="right"/>
        <w:bidi w:val="1"/>
      </w:pPr>
      <w:r>
        <w:t>حدد الشروط أو الفرضيات اللي مبني عليها العرض باش يبقى النقاش واضح.</w:t>
      </w:r>
    </w:p>
    <w:p>
      <w:pPr>
        <w:pStyle w:val="ArabicBody"/>
        <w:jc w:val="right"/>
        <w:bidi w:val="1"/>
      </w:pPr>
      <w:r>
        <w:t>هاد checklist ما كتبدلش due diligence المهنية، ولكن كتعاونك ما تدخلش للتفاوض بملف ناقص الفهم.</w:t>
      </w:r>
    </w:p>
    <w:p>
      <w:pPr>
        <w:pStyle w:val="ArabicBody"/>
        <w:jc w:val="right"/>
        <w:bidi w:val="1"/>
      </w:pPr>
      <w:r>
        <w:rPr>
          <w:b/>
        </w:rPr>
        <w:t>CTA: تصفح الفرص واستعد للتحليل</w:t>
      </w:r>
    </w:p>
    <w:p>
      <w:r>
        <w:br w:type="page"/>
      </w:r>
    </w:p>
    <w:p>
      <w:pPr>
        <w:pStyle w:val="Heading1"/>
      </w:pPr>
      <w:r>
        <w:t>47 — EQ-2026-1119-47</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19/11/2026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Cédant</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Education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Checklist cédant</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Carrousel</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Checklist : les informations qu’un repreneur cherchera à comprendre</w:t>
            </w:r>
          </w:p>
        </w:tc>
      </w:tr>
    </w:tbl>
    <w:p/>
    <w:p>
      <w:pPr>
        <w:pStyle w:val="ArabicTitle"/>
        <w:jc w:val="right"/>
        <w:bidi w:val="1"/>
      </w:pPr>
      <w:r>
        <w:t>Checklist للبائع: شنو غادي يحاول المشتري يفهم؟</w:t>
      </w:r>
    </w:p>
    <w:p>
      <w:pPr>
        <w:pStyle w:val="ArabicBody"/>
        <w:jc w:val="right"/>
        <w:bidi w:val="1"/>
      </w:pPr>
      <w:r>
        <w:t>المشتري غادي يحاول يفهم النشاط، الزبناء، المداخيل، المصاريف، الفريق، العقود، الأصول، المخاطر وأسباب التفويت.</w:t>
      </w:r>
    </w:p>
    <w:p>
      <w:pPr>
        <w:pStyle w:val="ArabicBody"/>
        <w:jc w:val="right"/>
        <w:bidi w:val="1"/>
      </w:pPr>
      <w:r>
        <w:t>غادي يسول كذلك على التبعيات: واش الشركة مرتبطة بالمالك؟ بزبون كبير؟ بمورد واحد؟ بمنصة أو رخصة محددة؟</w:t>
      </w:r>
    </w:p>
    <w:p>
      <w:pPr>
        <w:pStyle w:val="ArabicBody"/>
        <w:jc w:val="right"/>
        <w:bidi w:val="1"/>
      </w:pPr>
      <w:r>
        <w:t>ماشي كل معلومة خاصها تكون عمومية، ولكن خاصك تعرف فين كاينة وكيفاش غادي تشاركها ملي النقاش يتقدم.</w:t>
      </w:r>
    </w:p>
    <w:p>
      <w:pPr>
        <w:pStyle w:val="ArabicBody"/>
        <w:jc w:val="right"/>
        <w:bidi w:val="1"/>
      </w:pPr>
      <w:r>
        <w:t>تنظيم الجواب قبل الأسئلة كيعطي ملف أوضح ويقلل التوقفات فالمراحل المتقدمة.</w:t>
      </w:r>
    </w:p>
    <w:p>
      <w:pPr>
        <w:pStyle w:val="ArabicBody"/>
        <w:jc w:val="right"/>
        <w:bidi w:val="1"/>
      </w:pPr>
      <w:r>
        <w:rPr>
          <w:b/>
        </w:rPr>
        <w:t>CTA: وجد المعلومات ديال الملف</w:t>
      </w:r>
    </w:p>
    <w:p>
      <w:r>
        <w:br w:type="page"/>
      </w:r>
    </w:p>
    <w:p>
      <w:pPr>
        <w:pStyle w:val="Heading1"/>
      </w:pPr>
      <w:r>
        <w:t>48 — EQ-2026-1121-48</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21/11/2026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Tous</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Engagement</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FAQ réelle</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Carrousel FAQ</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C/B</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Les questions les plus posées à equirs — contenu alimenté par les données réelles</w:t>
            </w:r>
          </w:p>
        </w:tc>
      </w:tr>
    </w:tbl>
    <w:p/>
    <w:p>
      <w:pPr>
        <w:pStyle w:val="ArabicTitle"/>
        <w:jc w:val="right"/>
        <w:bidi w:val="1"/>
      </w:pPr>
      <w:r>
        <w:t>أكثر الأسئلة اللي كيتسولو على equirs — محتوى من البيانات الحقيقية</w:t>
      </w:r>
    </w:p>
    <w:p>
      <w:pPr>
        <w:pStyle w:val="ArabicBody"/>
        <w:jc w:val="right"/>
        <w:bidi w:val="1"/>
      </w:pPr>
      <w:r>
        <w:t>هاد المنشور خاصو يتبنى من الأسئلة الحقيقية اللي جات من chatbot، support، التعليقات أو الرسائل خلال الفترة السابقة.</w:t>
      </w:r>
    </w:p>
    <w:p>
      <w:pPr>
        <w:pStyle w:val="ArabicBody"/>
        <w:jc w:val="right"/>
        <w:bidi w:val="1"/>
      </w:pPr>
      <w:r>
        <w:t>[سؤال 1 حقيقي] — [جواب مختصر ومتحقق]</w:t>
      </w:r>
    </w:p>
    <w:p>
      <w:pPr>
        <w:pStyle w:val="ArabicBody"/>
        <w:jc w:val="right"/>
        <w:bidi w:val="1"/>
      </w:pPr>
      <w:r>
        <w:t>[سؤال 2 حقيقي] — [جواب مختصر ومتحقق]</w:t>
      </w:r>
    </w:p>
    <w:p>
      <w:pPr>
        <w:pStyle w:val="ArabicBody"/>
        <w:jc w:val="right"/>
        <w:bidi w:val="1"/>
      </w:pPr>
      <w:r>
        <w:t>[سؤال 3 حقيقي] — [جواب مختصر ومتحقق]</w:t>
      </w:r>
    </w:p>
    <w:p>
      <w:pPr>
        <w:pStyle w:val="ArabicBody"/>
        <w:jc w:val="right"/>
        <w:bidi w:val="1"/>
      </w:pPr>
      <w:r>
        <w:t>ما نختارعوش FAQ من عندنا. قبل النشر، خاص product/compliance يراجع الأجوبة، خصوصا إلا تعلقو بالتسعيرة أو الجوانب القانونية.</w:t>
      </w:r>
    </w:p>
    <w:p>
      <w:pPr>
        <w:pStyle w:val="ArabicBody"/>
        <w:jc w:val="right"/>
        <w:bidi w:val="1"/>
      </w:pPr>
      <w:r>
        <w:rPr>
          <w:b/>
        </w:rPr>
        <w:t>CTA: طرح سؤالك على equirs</w:t>
      </w:r>
    </w:p>
    <w:p>
      <w:r>
        <w:rPr>
          <w:rFonts w:ascii="Aptos" w:hAnsi="Aptos" w:eastAsia="Aptos" w:cs="Aptos"/>
          <w:b w:val="0"/>
          <w:color w:val="7352C7"/>
          <w:sz w:val="16"/>
        </w:rPr>
        <w:t>Note production : contenu dynamique. La version finale doit être alimentée par les données réelles disponibles au moment de la publication.</w:t>
      </w:r>
    </w:p>
    <w:p>
      <w:r>
        <w:br w:type="page"/>
      </w:r>
    </w:p>
    <w:p>
      <w:pPr>
        <w:pStyle w:val="Heading1"/>
      </w:pPr>
      <w:r>
        <w:t>49 — EQ-2026-1123-49</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23/11/2026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Tous</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Trust</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Données &amp; traction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Data carousel</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C/B</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90 jours d’equirs : ce que nous observons sur le marché</w:t>
            </w:r>
          </w:p>
        </w:tc>
      </w:tr>
    </w:tbl>
    <w:p/>
    <w:p>
      <w:pPr>
        <w:pStyle w:val="ArabicTitle"/>
        <w:jc w:val="right"/>
        <w:bidi w:val="1"/>
      </w:pPr>
      <w:r>
        <w:t>90 يوم ديال equirs: شنو لاحظنا فالسوق؟</w:t>
      </w:r>
    </w:p>
    <w:p>
      <w:pPr>
        <w:pStyle w:val="ArabicBody"/>
        <w:jc w:val="right"/>
        <w:bidi w:val="1"/>
      </w:pPr>
      <w:r>
        <w:t>هاد المحتوى خاصو يعتمد فقط على أرقام حقيقية ومراجعة من المنصة بعد 90 يوم.</w:t>
      </w:r>
    </w:p>
    <w:p>
      <w:pPr>
        <w:pStyle w:val="ArabicBody"/>
        <w:jc w:val="right"/>
        <w:bidi w:val="1"/>
      </w:pPr>
      <w:r>
        <w:t>[عدد الحسابات / الإعلانات / déblocages / NDA / offres / LOI أو مؤشرات أخرى مصادق عليها]</w:t>
      </w:r>
    </w:p>
    <w:p>
      <w:pPr>
        <w:pStyle w:val="ArabicBody"/>
        <w:jc w:val="right"/>
        <w:bidi w:val="1"/>
      </w:pPr>
      <w:r>
        <w:t>ما نحولوش أرقام المنصة لاستنتاجات عامة على السوق المغربي بلا مصدر خارجي. نفرقو بين «ما وقع على equirs» و«ما كيعني السوق كامل».</w:t>
      </w:r>
    </w:p>
    <w:p>
      <w:pPr>
        <w:pStyle w:val="ArabicBody"/>
        <w:jc w:val="right"/>
        <w:bidi w:val="1"/>
      </w:pPr>
      <w:r>
        <w:t>الهدف هو نشارك التعلم الحقيقي: شنو أنواع الطلب اللي بان، شنو الأسئلة المتكررة، وفين كاين أكبر تفاعل داخل المسار.</w:t>
      </w:r>
    </w:p>
    <w:p>
      <w:pPr>
        <w:pStyle w:val="ArabicBody"/>
        <w:jc w:val="right"/>
        <w:bidi w:val="1"/>
      </w:pPr>
      <w:r>
        <w:rPr>
          <w:b/>
        </w:rPr>
        <w:t>CTA: اكتشف نتائج أول 90 يوم</w:t>
      </w:r>
    </w:p>
    <w:p>
      <w:r>
        <w:rPr>
          <w:rFonts w:ascii="Aptos" w:hAnsi="Aptos" w:eastAsia="Aptos" w:cs="Aptos"/>
          <w:b w:val="0"/>
          <w:color w:val="7352C7"/>
          <w:sz w:val="16"/>
        </w:rPr>
        <w:t>Note production : contenu dynamique. La version finale doit être alimentée par les données réelles disponibles au moment de la publication.</w:t>
      </w:r>
    </w:p>
    <w:p>
      <w:r>
        <w:br w:type="page"/>
      </w:r>
    </w:p>
    <w:p>
      <w:pPr>
        <w:pStyle w:val="Heading1"/>
      </w:pPr>
      <w:r>
        <w:t>50 — EQ-2026-1125-50</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25/11/2026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Acheteur régulier</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Conversion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Produit / abonnement</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Product card</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B</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Vous suivez plusieurs opportunités ? Découvrez Acheteur Pro.</w:t>
            </w:r>
          </w:p>
        </w:tc>
      </w:tr>
    </w:tbl>
    <w:p/>
    <w:p>
      <w:pPr>
        <w:pStyle w:val="ArabicTitle"/>
        <w:jc w:val="right"/>
        <w:bidi w:val="1"/>
      </w:pPr>
      <w:r>
        <w:t>كتتابع بزاف ديال الفرص؟ تعرف على Acheteur Pro.</w:t>
      </w:r>
    </w:p>
    <w:p>
      <w:pPr>
        <w:pStyle w:val="ArabicBody"/>
        <w:jc w:val="right"/>
        <w:bidi w:val="1"/>
      </w:pPr>
      <w:r>
        <w:t>إلى كتقلب بشكل متكرر وكتحتاج تتابع فرص جديدة، abonnement Acheteur Pro كيضيف مزايا موجهة للمشتري النشيط.</w:t>
      </w:r>
    </w:p>
    <w:p>
      <w:pPr>
        <w:pStyle w:val="ArabicBody"/>
        <w:jc w:val="right"/>
        <w:bidi w:val="1"/>
      </w:pPr>
      <w:r>
        <w:t>حسب grille الحالية وقت إعداد الوثيقة، العرض كان كيشمل عدد من déblocages شهريا، accès anticipé لبعض الإعلانات وalertes prioritaires.</w:t>
      </w:r>
    </w:p>
    <w:p>
      <w:pPr>
        <w:pStyle w:val="ArabicBody"/>
        <w:jc w:val="right"/>
        <w:bidi w:val="1"/>
      </w:pPr>
      <w:r>
        <w:t>التفاصيل والثمن خاصهم مراجعة من قاعدة المنتج مباشرة قبل نشر المنشور.</w:t>
      </w:r>
    </w:p>
    <w:p>
      <w:pPr>
        <w:pStyle w:val="ArabicBody"/>
        <w:jc w:val="right"/>
        <w:bidi w:val="1"/>
      </w:pPr>
      <w:r>
        <w:t>الرسالة الأساسية: بدل البحث اليدوي والمتقطع، استعمل أدوات متابعة منظمة إذا كان الاستحواذ جزء من خطتك الفعلية.</w:t>
      </w:r>
    </w:p>
    <w:p>
      <w:pPr>
        <w:pStyle w:val="ArabicBody"/>
        <w:jc w:val="right"/>
        <w:bidi w:val="1"/>
      </w:pPr>
      <w:r>
        <w:rPr>
          <w:b/>
        </w:rPr>
        <w:t>CTA: اكتشف Acheteur Pro</w:t>
      </w:r>
    </w:p>
    <w:p>
      <w:r>
        <w:br w:type="page"/>
      </w:r>
    </w:p>
    <w:p>
      <w:pPr>
        <w:pStyle w:val="Heading1"/>
      </w:pPr>
      <w:r>
        <w:t>51 — EQ-2026-1126-51</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26/11/2026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Cabinet / partenaire</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Conversion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Partenaires</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Carrousel</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B</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Vous gérez plusieurs mandats de cession ?</w:t>
            </w:r>
          </w:p>
        </w:tc>
      </w:tr>
    </w:tbl>
    <w:p/>
    <w:p>
      <w:pPr>
        <w:pStyle w:val="ArabicTitle"/>
        <w:jc w:val="right"/>
        <w:bidi w:val="1"/>
      </w:pPr>
      <w:r>
        <w:t>كتسير عدة mandats ديال التفويت؟</w:t>
      </w:r>
    </w:p>
    <w:p>
      <w:pPr>
        <w:pStyle w:val="ArabicBody"/>
        <w:jc w:val="right"/>
        <w:bidi w:val="1"/>
      </w:pPr>
      <w:r>
        <w:t>المهني اللي كيرافق عدة زبناء كيحتاج مسار واضح باش يتابع الإعلانات، التجديدات وحالة كل مشروع.</w:t>
      </w:r>
    </w:p>
    <w:p>
      <w:pPr>
        <w:pStyle w:val="ArabicBody"/>
        <w:jc w:val="right"/>
        <w:bidi w:val="1"/>
      </w:pPr>
      <w:r>
        <w:t>عرض Cabinet على equirs موجه للفيدوسيارات، مكاتب الاستشارة والوسطاء اللي كيدبرو عدة mandats.</w:t>
      </w:r>
    </w:p>
    <w:p>
      <w:pPr>
        <w:pStyle w:val="ArabicBody"/>
        <w:jc w:val="right"/>
        <w:bidi w:val="1"/>
      </w:pPr>
      <w:r>
        <w:t>عدد الإعلانات، الثمن وأي remise خاصها تتراجع من التسعيرة الحالية قبل النشر.</w:t>
      </w:r>
    </w:p>
    <w:p>
      <w:pPr>
        <w:pStyle w:val="ArabicBody"/>
        <w:jc w:val="right"/>
        <w:bidi w:val="1"/>
      </w:pPr>
      <w:r>
        <w:t>القيمة الأساسية هي تنظيم الملفات فمكان واحد وربط كل مشروع بنفس مسار الولوج، الثقة والتواصل داخل المنصة.</w:t>
      </w:r>
    </w:p>
    <w:p>
      <w:pPr>
        <w:pStyle w:val="ArabicBody"/>
        <w:jc w:val="right"/>
        <w:bidi w:val="1"/>
      </w:pPr>
      <w:r>
        <w:rPr>
          <w:b/>
        </w:rPr>
        <w:t>CTA: اكتشف عرض Cabinet</w:t>
      </w:r>
    </w:p>
    <w:p>
      <w:r>
        <w:br w:type="page"/>
      </w:r>
    </w:p>
    <w:p>
      <w:pPr>
        <w:pStyle w:val="Heading1"/>
      </w:pPr>
      <w:r>
        <w:t>52 — EQ-2026-1128-52</w:t>
      </w:r>
    </w:p>
    <w:tbl>
      <w:tblPr>
        <w:tblW w:type="auto" w:w="0"/>
        <w:jc w:val="center"/>
        <w:tblLayout w:type="fixed"/>
        <w:tblLook w:firstColumn="1" w:firstRow="1" w:lastColumn="0" w:lastRow="0" w:noHBand="0" w:noVBand="1" w:val="04A0"/>
      </w:tblPr>
      <w:tblGrid>
        <w:gridCol w:w="2381"/>
        <w:gridCol w:w="7257"/>
      </w:tblGrid>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Date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28/11/2026</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Cible</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Acheteur</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Funnel</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Conversion</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Pilier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Opportunités</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Format</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Multi-card</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Auto</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B</w:t>
            </w:r>
          </w:p>
        </w:tc>
      </w:tr>
      <w:tr>
        <w:tc>
          <w:tcPr>
            <w:tcW w:type="dxa" w:w="2381"/>
            <w:shd w:fill="0F1B3D"/>
            <w:tcMar>
              <w:top w:w="100" w:type="dxa"/>
              <w:start w:w="100" w:type="dxa"/>
              <w:bottom w:w="100" w:type="dxa"/>
              <w:end w:w="100" w:type="dxa"/>
            </w:tcMar>
            <w:vAlign w:val="center"/>
          </w:tcPr>
          <w:p>
            <w:r>
              <w:rPr>
                <w:rFonts w:ascii="Aptos" w:hAnsi="Aptos" w:eastAsia="Aptos" w:cs="Aptos"/>
                <w:b/>
                <w:color w:val="FFFFFF"/>
                <w:sz w:val="17"/>
              </w:rPr>
              <w:t>Titre FR</w:t>
            </w:r>
          </w:p>
        </w:tc>
        <w:tc>
          <w:tcPr>
            <w:tcW w:type="dxa" w:w="7257"/>
            <w:shd w:fill="F6F8FA"/>
            <w:tcMar>
              <w:top w:w="100" w:type="dxa"/>
              <w:start w:w="100" w:type="dxa"/>
              <w:bottom w:w="100" w:type="dxa"/>
              <w:end w:w="100" w:type="dxa"/>
            </w:tcMar>
            <w:vAlign w:val="center"/>
          </w:tcPr>
          <w:p>
            <w:r>
              <w:rPr>
                <w:rFonts w:ascii="Aptos" w:hAnsi="Aptos" w:eastAsia="Aptos" w:cs="Aptos"/>
                <w:b w:val="0"/>
                <w:color w:val="282828"/>
                <w:sz w:val="17"/>
              </w:rPr>
              <w:t>La sélection equirs du mois — modèle dynamique</w:t>
            </w:r>
          </w:p>
        </w:tc>
      </w:tr>
    </w:tbl>
    <w:p/>
    <w:p>
      <w:pPr>
        <w:pStyle w:val="ArabicTitle"/>
        <w:jc w:val="right"/>
        <w:bidi w:val="1"/>
      </w:pPr>
      <w:r>
        <w:t>اختيار equirs ديال الشهر — نموذج ديناميكي</w:t>
      </w:r>
    </w:p>
    <w:p>
      <w:pPr>
        <w:pStyle w:val="ArabicBody"/>
        <w:jc w:val="right"/>
        <w:bidi w:val="1"/>
      </w:pPr>
      <w:r>
        <w:t>4 فرص لاكتشافها هاد الشهر على equirs.</w:t>
      </w:r>
    </w:p>
    <w:p>
      <w:pPr>
        <w:pStyle w:val="ArabicBody"/>
        <w:jc w:val="right"/>
        <w:bidi w:val="1"/>
      </w:pPr>
      <w:r>
        <w:t>[فرصة 1: العنوان العمومي • الفئة • المدينة • جملة • أرقام أو badge فقط إذا كانت عمومية ومؤهلة]</w:t>
      </w:r>
    </w:p>
    <w:p>
      <w:pPr>
        <w:pStyle w:val="ArabicBody"/>
        <w:jc w:val="right"/>
        <w:bidi w:val="1"/>
      </w:pPr>
      <w:r>
        <w:t>[فرصة 2: نفس البنية]</w:t>
      </w:r>
    </w:p>
    <w:p>
      <w:pPr>
        <w:pStyle w:val="ArabicBody"/>
        <w:jc w:val="right"/>
        <w:bidi w:val="1"/>
      </w:pPr>
      <w:r>
        <w:t>[فرصة 3: نفس البنية]</w:t>
      </w:r>
    </w:p>
    <w:p>
      <w:pPr>
        <w:pStyle w:val="ArabicBody"/>
        <w:jc w:val="right"/>
        <w:bidi w:val="1"/>
      </w:pPr>
      <w:r>
        <w:t>[فرصة 4: نفس البنية]</w:t>
      </w:r>
    </w:p>
    <w:p>
      <w:pPr>
        <w:pStyle w:val="ArabicBody"/>
        <w:jc w:val="right"/>
        <w:bidi w:val="1"/>
      </w:pPr>
      <w:r>
        <w:t>ما نختاروش مشروع منتهي، مباع، معطل، brouillon أو ولى سري. والاختيار ماشي توصية استثمارية؛ كل فرصة خاصها تحليل حسب مستوى الثقة والمعلومات والـdue diligence المناسبة.</w:t>
      </w:r>
    </w:p>
    <w:p>
      <w:pPr>
        <w:pStyle w:val="ArabicBody"/>
        <w:jc w:val="right"/>
        <w:bidi w:val="1"/>
      </w:pPr>
      <w:r>
        <w:rPr>
          <w:b/>
        </w:rPr>
        <w:t>CTA: تصفح جميع الفرص</w:t>
      </w:r>
    </w:p>
    <w:p>
      <w:r>
        <w:rPr>
          <w:rFonts w:ascii="Aptos" w:hAnsi="Aptos" w:eastAsia="Aptos" w:cs="Aptos"/>
          <w:b w:val="0"/>
          <w:color w:val="7352C7"/>
          <w:sz w:val="16"/>
        </w:rPr>
        <w:t>Note production : contenu dynamique. La version finale doit être alimentée par les données réelles disponibles au moment de la publication.</w:t>
      </w:r>
    </w:p>
    <w:sectPr w:rsidR="00FC693F" w:rsidRPr="0006063C" w:rsidSect="00034616">
      <w:headerReference w:type="default" r:id="rId10"/>
      <w:footerReference w:type="default" r:id="rId11"/>
      <w:pgSz w:w="12240" w:h="15840"/>
      <w:pgMar w:top="907"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eastAsia="Aptos" w:cs="Aptos"/>
        <w:b w:val="0"/>
        <w:color w:val="6E6E6E"/>
        <w:sz w:val="16"/>
      </w:rPr>
      <w:t>Your Trusted Business Transfer Platform  •  equirs.com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eastAsia="Aptos" w:cs="Aptos"/>
        <w:b w:val="0"/>
        <w:color w:val="646464"/>
        <w:sz w:val="16"/>
      </w:rPr>
      <w:t>equirs — Content Factory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0F1B3D"/>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7352C7"/>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1EB367"/>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color w:val="0F1B3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abicBody">
    <w:name w:val="ArabicBody"/>
    <w:rPr>
      <w:rFonts w:ascii="Noto Naskh Arabic" w:hAnsi="Noto Naskh Arabic"/>
      <w:sz w:val="22"/>
    </w:rPr>
  </w:style>
  <w:style w:type="paragraph" w:customStyle="1" w:styleId="ArabicTitle">
    <w:name w:val="ArabicTitle"/>
    <w:rPr>
      <w:rFonts w:ascii="Noto Naskh Arabic" w:hAnsi="Noto Naskh Arabic"/>
      <w:b/>
      <w:color w:val="0F1B3D"/>
      <w:sz w:val="4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